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17DB8" w14:textId="77777777" w:rsidR="00862A5C" w:rsidRDefault="00325A38">
      <w:pPr>
        <w:keepNext/>
        <w:spacing w:before="150" w:after="150" w:line="300" w:lineRule="exact"/>
      </w:pPr>
      <w:proofErr w:type="spellStart"/>
      <w:r>
        <w:rPr>
          <w:rFonts w:eastAsia="Helvetica" w:cs="Helvetica"/>
          <w:color w:val="B31E8D"/>
          <w:sz w:val="27"/>
          <w:szCs w:val="21"/>
        </w:rPr>
        <w:t>Shitja</w:t>
      </w:r>
      <w:proofErr w:type="spellEnd"/>
      <w:r>
        <w:rPr>
          <w:rFonts w:eastAsia="Helvetica" w:cs="Helvetica"/>
          <w:color w:val="B31E8D"/>
          <w:sz w:val="27"/>
          <w:szCs w:val="21"/>
        </w:rPr>
        <w:t xml:space="preserve"> e </w:t>
      </w:r>
      <w:proofErr w:type="spellStart"/>
      <w:r>
        <w:rPr>
          <w:rFonts w:eastAsia="Helvetica" w:cs="Helvetica"/>
          <w:color w:val="B31E8D"/>
          <w:sz w:val="27"/>
          <w:szCs w:val="21"/>
        </w:rPr>
        <w:t>Aseteve</w:t>
      </w:r>
      <w:proofErr w:type="spellEnd"/>
      <w:r>
        <w:rPr>
          <w:rFonts w:eastAsia="Helvetica" w:cs="Helvetica"/>
          <w:color w:val="B31E8D"/>
          <w:sz w:val="27"/>
          <w:szCs w:val="21"/>
        </w:rPr>
        <w:t xml:space="preserve"> </w:t>
      </w:r>
      <w:proofErr w:type="spellStart"/>
      <w:r>
        <w:rPr>
          <w:rFonts w:eastAsia="Helvetica" w:cs="Helvetica"/>
          <w:color w:val="B31E8D"/>
          <w:sz w:val="27"/>
          <w:szCs w:val="21"/>
        </w:rPr>
        <w:t>në</w:t>
      </w:r>
      <w:proofErr w:type="spellEnd"/>
      <w:r>
        <w:rPr>
          <w:rFonts w:eastAsia="Helvetica" w:cs="Helvetica"/>
          <w:color w:val="B31E8D"/>
          <w:sz w:val="27"/>
          <w:szCs w:val="21"/>
        </w:rPr>
        <w:t xml:space="preserve"> </w:t>
      </w:r>
      <w:proofErr w:type="spellStart"/>
      <w:r>
        <w:rPr>
          <w:rFonts w:eastAsia="Helvetica" w:cs="Helvetica"/>
          <w:color w:val="B31E8D"/>
          <w:sz w:val="27"/>
          <w:szCs w:val="21"/>
        </w:rPr>
        <w:t>Likuidim</w:t>
      </w:r>
      <w:proofErr w:type="spellEnd"/>
      <w:r>
        <w:rPr>
          <w:rFonts w:eastAsia="Helvetica" w:cs="Helvetica"/>
          <w:color w:val="B31E8D"/>
          <w:sz w:val="27"/>
          <w:szCs w:val="21"/>
        </w:rPr>
        <w:t xml:space="preserve"> - 76</w:t>
      </w:r>
    </w:p>
    <w:p w14:paraId="69C0BDA1" w14:textId="77777777" w:rsidR="00862A5C" w:rsidRDefault="00325A38">
      <w:pPr>
        <w:keepNext/>
        <w:spacing w:after="450" w:line="300" w:lineRule="exact"/>
      </w:pPr>
      <w:r>
        <w:rPr>
          <w:rFonts w:eastAsia="Helvetica" w:cs="Helvetica"/>
          <w:color w:val="333333"/>
          <w:szCs w:val="21"/>
        </w:rPr>
        <w:t xml:space="preserve">Agjencia Kosovare e Privatizimit </w:t>
      </w:r>
      <w:proofErr w:type="spellStart"/>
      <w:r>
        <w:rPr>
          <w:rFonts w:eastAsia="Helvetica" w:cs="Helvetica"/>
          <w:color w:val="333333"/>
          <w:szCs w:val="21"/>
        </w:rPr>
        <w:t>është</w:t>
      </w:r>
      <w:proofErr w:type="spellEnd"/>
      <w:r>
        <w:rPr>
          <w:rFonts w:eastAsia="Helvetica" w:cs="Helvetica"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color w:val="333333"/>
          <w:szCs w:val="21"/>
        </w:rPr>
        <w:t>ngarkuar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për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të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privatizuar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Ndërmarrjet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Shoqërore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në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Kosovë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përmes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metodës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së</w:t>
      </w:r>
      <w:proofErr w:type="spellEnd"/>
      <w:r>
        <w:rPr>
          <w:rFonts w:eastAsia="Helvetica" w:cs="Helvetica"/>
          <w:color w:val="333333"/>
          <w:szCs w:val="21"/>
        </w:rPr>
        <w:t xml:space="preserve"> spin-off-it </w:t>
      </w:r>
      <w:proofErr w:type="spellStart"/>
      <w:r>
        <w:rPr>
          <w:rFonts w:eastAsia="Helvetica" w:cs="Helvetica"/>
          <w:color w:val="333333"/>
          <w:szCs w:val="21"/>
        </w:rPr>
        <w:t>dhe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likuidimit</w:t>
      </w:r>
      <w:proofErr w:type="spellEnd"/>
      <w:r>
        <w:rPr>
          <w:rFonts w:eastAsia="Helvetica" w:cs="Helvetica"/>
          <w:color w:val="333333"/>
          <w:szCs w:val="21"/>
        </w:rPr>
        <w:t xml:space="preserve">. </w:t>
      </w:r>
      <w:proofErr w:type="spellStart"/>
      <w:r>
        <w:rPr>
          <w:rFonts w:eastAsia="Helvetica" w:cs="Helvetica"/>
          <w:color w:val="333333"/>
          <w:szCs w:val="21"/>
        </w:rPr>
        <w:t>Investitorët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ftohen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ti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blejnë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përmes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tenderit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të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hapur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dhe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konkurrues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asetet</w:t>
      </w:r>
      <w:proofErr w:type="spellEnd"/>
      <w:r>
        <w:rPr>
          <w:rFonts w:eastAsia="Helvetica" w:cs="Helvetica"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color w:val="333333"/>
          <w:szCs w:val="21"/>
        </w:rPr>
        <w:t>disa</w:t>
      </w:r>
      <w:proofErr w:type="spellEnd"/>
      <w:r>
        <w:rPr>
          <w:rFonts w:eastAsia="Helvetica" w:cs="Helvetica"/>
          <w:color w:val="333333"/>
          <w:szCs w:val="21"/>
        </w:rPr>
        <w:t xml:space="preserve"> NSH </w:t>
      </w:r>
      <w:proofErr w:type="spellStart"/>
      <w:r>
        <w:rPr>
          <w:rFonts w:eastAsia="Helvetica" w:cs="Helvetica"/>
          <w:color w:val="333333"/>
          <w:szCs w:val="21"/>
        </w:rPr>
        <w:t>të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caktuara</w:t>
      </w:r>
      <w:proofErr w:type="spellEnd"/>
      <w:r>
        <w:rPr>
          <w:rFonts w:eastAsia="Helvetica" w:cs="Helvetica"/>
          <w:color w:val="333333"/>
          <w:szCs w:val="21"/>
        </w:rPr>
        <w:t xml:space="preserve">, </w:t>
      </w:r>
      <w:proofErr w:type="spellStart"/>
      <w:r>
        <w:rPr>
          <w:rFonts w:eastAsia="Helvetica" w:cs="Helvetica"/>
          <w:color w:val="333333"/>
          <w:szCs w:val="21"/>
        </w:rPr>
        <w:t>listuara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më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poshtë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tani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në</w:t>
      </w:r>
      <w:proofErr w:type="spellEnd"/>
      <w:r>
        <w:rPr>
          <w:rFonts w:eastAsia="Helvetica" w:cs="Helvetica"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color w:val="333333"/>
          <w:szCs w:val="21"/>
        </w:rPr>
        <w:t>likuidimin</w:t>
      </w:r>
      <w:proofErr w:type="spellEnd"/>
      <w:r>
        <w:rPr>
          <w:rFonts w:eastAsia="Helvetica" w:cs="Helvetica"/>
          <w:color w:val="333333"/>
          <w:szCs w:val="21"/>
        </w:rPr>
        <w:t>.</w:t>
      </w:r>
    </w:p>
    <w:p w14:paraId="2237B5C3" w14:textId="77777777" w:rsidR="00862A5C" w:rsidRDefault="00325A38">
      <w:pPr>
        <w:keepNext/>
        <w:spacing w:after="150" w:line="300" w:lineRule="exact"/>
        <w:jc w:val="center"/>
      </w:pPr>
      <w:r>
        <w:rPr>
          <w:rFonts w:eastAsia="Helvetica" w:cs="Helvetica"/>
          <w:b/>
          <w:color w:val="333333"/>
          <w:szCs w:val="21"/>
        </w:rPr>
        <w:t>AGJENCIA KOSOVARE E PRIVATIZIMIT SHPALL SHITJEN E 76 TË ASETEVE TË NDËRMARRJEVE NË LIKUIDIM</w:t>
      </w:r>
    </w:p>
    <w:p w14:paraId="4E44BF5F" w14:textId="77777777" w:rsidR="00862A5C" w:rsidRDefault="00325A38">
      <w:pPr>
        <w:keepNext/>
        <w:spacing w:after="750" w:line="300" w:lineRule="exact"/>
        <w:jc w:val="center"/>
      </w:pPr>
      <w:proofErr w:type="spellStart"/>
      <w:r>
        <w:rPr>
          <w:rFonts w:eastAsia="Helvetica" w:cs="Helvetica"/>
          <w:b/>
          <w:color w:val="333333"/>
          <w:szCs w:val="21"/>
        </w:rPr>
        <w:t>Subjektet</w:t>
      </w:r>
      <w:proofErr w:type="spellEnd"/>
      <w:r>
        <w:rPr>
          <w:rFonts w:eastAsia="Helvetica" w:cs="Helvetica"/>
          <w:b/>
          <w:color w:val="333333"/>
          <w:szCs w:val="21"/>
        </w:rPr>
        <w:t>/</w:t>
      </w:r>
      <w:proofErr w:type="spellStart"/>
      <w:r>
        <w:rPr>
          <w:rFonts w:eastAsia="Helvetica" w:cs="Helvetica"/>
          <w:b/>
          <w:color w:val="333333"/>
          <w:szCs w:val="21"/>
        </w:rPr>
        <w:t>njësitë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b/>
          <w:color w:val="333333"/>
          <w:szCs w:val="21"/>
        </w:rPr>
        <w:t>përcaktuara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më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poshtë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janë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nën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juridiksionin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e AKP </w:t>
      </w:r>
      <w:proofErr w:type="spellStart"/>
      <w:r>
        <w:rPr>
          <w:rFonts w:eastAsia="Helvetica" w:cs="Helvetica"/>
          <w:b/>
          <w:color w:val="333333"/>
          <w:szCs w:val="21"/>
        </w:rPr>
        <w:t>në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pajtim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me </w:t>
      </w:r>
      <w:proofErr w:type="spellStart"/>
      <w:r>
        <w:rPr>
          <w:rFonts w:eastAsia="Helvetica" w:cs="Helvetica"/>
          <w:b/>
          <w:color w:val="333333"/>
          <w:szCs w:val="21"/>
        </w:rPr>
        <w:t>Ligjin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nr 04/L-034 </w:t>
      </w:r>
      <w:proofErr w:type="spellStart"/>
      <w:r>
        <w:rPr>
          <w:rFonts w:eastAsia="Helvetica" w:cs="Helvetica"/>
          <w:b/>
          <w:color w:val="333333"/>
          <w:szCs w:val="21"/>
        </w:rPr>
        <w:t>mbi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Agjencinë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Kosovare </w:t>
      </w:r>
      <w:proofErr w:type="spellStart"/>
      <w:r>
        <w:rPr>
          <w:rFonts w:eastAsia="Helvetica" w:cs="Helvetica"/>
          <w:b/>
          <w:color w:val="333333"/>
          <w:szCs w:val="21"/>
        </w:rPr>
        <w:t>të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Privatizimit.</w:t>
      </w:r>
    </w:p>
    <w:p w14:paraId="3E6E8EEE" w14:textId="77777777" w:rsidR="00862A5C" w:rsidRDefault="004C506B">
      <w:pPr>
        <w:keepNext/>
        <w:spacing w:after="150" w:line="300" w:lineRule="exact"/>
      </w:pPr>
      <w:hyperlink r:id="rId8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Rregullat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e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Përgjithshme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Tenderit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- 2026</w:t>
        </w:r>
      </w:hyperlink>
    </w:p>
    <w:p w14:paraId="326E1E1F" w14:textId="77777777" w:rsidR="00862A5C" w:rsidRDefault="004C506B">
      <w:pPr>
        <w:keepNext/>
        <w:spacing w:after="450" w:line="300" w:lineRule="exact"/>
      </w:pPr>
      <w:hyperlink r:id="rId9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Transferet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Ndërkombëtare</w:t>
        </w:r>
        <w:proofErr w:type="spellEnd"/>
      </w:hyperlink>
    </w:p>
    <w:p w14:paraId="4586670D" w14:textId="77777777" w:rsidR="00862A5C" w:rsidRDefault="00325A38">
      <w:pPr>
        <w:keepNext/>
        <w:spacing w:after="150" w:line="300" w:lineRule="exact"/>
      </w:pPr>
      <w:proofErr w:type="spellStart"/>
      <w:r>
        <w:rPr>
          <w:rFonts w:eastAsia="Helvetica" w:cs="Helvetica"/>
          <w:b/>
          <w:color w:val="333333"/>
          <w:szCs w:val="21"/>
        </w:rPr>
        <w:t>Shkarko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FORMULARIN </w:t>
      </w:r>
      <w:proofErr w:type="spellStart"/>
      <w:r>
        <w:rPr>
          <w:rFonts w:eastAsia="Helvetica" w:cs="Helvetica"/>
          <w:b/>
          <w:color w:val="333333"/>
          <w:szCs w:val="21"/>
        </w:rPr>
        <w:t>në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vijim</w:t>
      </w:r>
      <w:proofErr w:type="spellEnd"/>
      <w:r>
        <w:rPr>
          <w:rFonts w:eastAsia="Helvetica" w:cs="Helvetica"/>
          <w:b/>
          <w:color w:val="333333"/>
          <w:szCs w:val="21"/>
        </w:rPr>
        <w:t>:</w:t>
      </w:r>
    </w:p>
    <w:p w14:paraId="502C24C1" w14:textId="77777777" w:rsidR="00862A5C" w:rsidRDefault="004C506B">
      <w:pPr>
        <w:keepNext/>
        <w:spacing w:after="450" w:line="300" w:lineRule="exact"/>
      </w:pPr>
      <w:hyperlink r:id="rId10"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Si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duhet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përgaditet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oferta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për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dorëzim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>?</w:t>
        </w:r>
      </w:hyperlink>
      <w:r w:rsidR="00325A38">
        <w:rPr>
          <w:rFonts w:eastAsia="Helvetica" w:cs="Helvetica"/>
          <w:b/>
          <w:color w:val="333333"/>
          <w:szCs w:val="21"/>
        </w:rPr>
        <w:t xml:space="preserve"> - </w:t>
      </w:r>
      <w:hyperlink r:id="rId11"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Shiko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Videon</w:t>
        </w:r>
        <w:proofErr w:type="spellEnd"/>
      </w:hyperlink>
    </w:p>
    <w:p w14:paraId="488AE172" w14:textId="77777777" w:rsidR="00862A5C" w:rsidRDefault="004C506B">
      <w:pPr>
        <w:keepNext/>
        <w:spacing w:after="150" w:line="240" w:lineRule="auto"/>
      </w:pPr>
      <w:hyperlink r:id="rId12" w:tooltip="VERSIONI PËR PRINT">
        <w:r w:rsidR="00325A38">
          <w:rPr>
            <w:rFonts w:eastAsia="Helvetica" w:cs="Helvetica"/>
            <w:noProof/>
            <w:szCs w:val="21"/>
          </w:rPr>
          <w:drawing>
            <wp:inline distT="0" distB="0" distL="0" distR="0" wp14:anchorId="11ECE830" wp14:editId="48942FE9">
              <wp:extent cx="1000125" cy="381000"/>
              <wp:effectExtent l="0" t="0" r="0" b="0"/>
              <wp:docPr id="1" name="Picture 1" descr="VERSIONI PËR PRINT" title="VERSIONI PËR PRINT">
                <a:hlinkClick xmlns:a="http://schemas.openxmlformats.org/drawingml/2006/main" r:id="rId12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rint_button.png"/>
                      <pic:cNvPicPr/>
                    </pic:nvPicPr>
                    <pic:blipFill>
                      <a:blip r:embed="rId1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00125" cy="381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hyperlink>
      <w:r w:rsidR="00325A38">
        <w:rPr>
          <w:rFonts w:eastAsia="Helvetica" w:cs="Helvetica"/>
          <w:color w:val="333333"/>
          <w:szCs w:val="21"/>
        </w:rPr>
        <w:t xml:space="preserve"> </w:t>
      </w:r>
      <w:proofErr w:type="spellStart"/>
      <w:r w:rsidR="00325A38">
        <w:rPr>
          <w:rFonts w:eastAsia="Helvetica" w:cs="Helvetica"/>
          <w:color w:val="333333"/>
          <w:szCs w:val="21"/>
        </w:rPr>
        <w:t>Kliko</w:t>
      </w:r>
      <w:proofErr w:type="spellEnd"/>
      <w:r w:rsidR="00325A38">
        <w:rPr>
          <w:rFonts w:eastAsia="Helvetica" w:cs="Helvetica"/>
          <w:color w:val="333333"/>
          <w:szCs w:val="21"/>
        </w:rPr>
        <w:t xml:space="preserve"> </w:t>
      </w:r>
      <w:proofErr w:type="spellStart"/>
      <w:r w:rsidR="00325A38">
        <w:rPr>
          <w:rFonts w:eastAsia="Helvetica" w:cs="Helvetica"/>
          <w:color w:val="333333"/>
          <w:szCs w:val="21"/>
        </w:rPr>
        <w:t>këtu</w:t>
      </w:r>
      <w:proofErr w:type="spellEnd"/>
      <w:r w:rsidR="00325A38">
        <w:rPr>
          <w:rFonts w:eastAsia="Helvetica" w:cs="Helvetica"/>
          <w:color w:val="333333"/>
          <w:szCs w:val="21"/>
        </w:rPr>
        <w:t>:</w:t>
      </w:r>
    </w:p>
    <w:p w14:paraId="12F7AA62" w14:textId="77777777" w:rsidR="00862A5C" w:rsidRDefault="00325A38">
      <w:pPr>
        <w:keepNext/>
        <w:keepLines/>
        <w:spacing w:after="150"/>
        <w:jc w:val="center"/>
      </w:pPr>
      <w:r>
        <w:rPr>
          <w:rFonts w:eastAsia="Helvetica" w:cs="Helvetica"/>
          <w:b/>
          <w:color w:val="333333"/>
          <w:szCs w:val="21"/>
        </w:rPr>
        <w:t xml:space="preserve">Data e </w:t>
      </w:r>
      <w:proofErr w:type="spellStart"/>
      <w:r>
        <w:rPr>
          <w:rFonts w:eastAsia="Helvetica" w:cs="Helvetica"/>
          <w:b/>
          <w:color w:val="333333"/>
          <w:szCs w:val="21"/>
        </w:rPr>
        <w:t>Dorëzimit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dhe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Hapjes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së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Ofertave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është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me:</w:t>
      </w:r>
      <w:r>
        <w:rPr>
          <w:rFonts w:eastAsia="Helvetica" w:cs="Helvetica"/>
          <w:b/>
          <w:color w:val="333333"/>
          <w:szCs w:val="21"/>
        </w:rPr>
        <w:br/>
        <w:t xml:space="preserve">04 </w:t>
      </w:r>
      <w:proofErr w:type="spellStart"/>
      <w:r>
        <w:rPr>
          <w:rFonts w:eastAsia="Helvetica" w:cs="Helvetica"/>
          <w:b/>
          <w:color w:val="333333"/>
          <w:szCs w:val="21"/>
        </w:rPr>
        <w:t>nëntor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2026</w:t>
      </w:r>
    </w:p>
    <w:p w14:paraId="42502E85" w14:textId="77777777" w:rsidR="00862A5C" w:rsidRDefault="00325A38">
      <w:pPr>
        <w:keepNext/>
        <w:keepLines/>
        <w:spacing w:after="150"/>
        <w:jc w:val="center"/>
      </w:pPr>
      <w:proofErr w:type="spellStart"/>
      <w:r>
        <w:rPr>
          <w:rFonts w:eastAsia="Helvetica" w:cs="Helvetica"/>
          <w:b/>
          <w:color w:val="333333"/>
          <w:szCs w:val="21"/>
        </w:rPr>
        <w:t>prej</w:t>
      </w:r>
      <w:proofErr w:type="spellEnd"/>
      <w:r>
        <w:rPr>
          <w:rFonts w:eastAsia="Helvetica" w:cs="Helvetica"/>
          <w:b/>
          <w:color w:val="333333"/>
          <w:szCs w:val="21"/>
        </w:rPr>
        <w:br/>
        <w:t>10:00 h -12:00 h</w:t>
      </w:r>
    </w:p>
    <w:p w14:paraId="191571A5" w14:textId="77777777" w:rsidR="00862A5C" w:rsidRDefault="00325A38">
      <w:pPr>
        <w:keepNext/>
        <w:keepLines/>
        <w:spacing w:after="150"/>
        <w:jc w:val="center"/>
      </w:pPr>
      <w:proofErr w:type="spellStart"/>
      <w:r>
        <w:rPr>
          <w:rFonts w:eastAsia="Helvetica" w:cs="Helvetica"/>
          <w:b/>
          <w:color w:val="333333"/>
          <w:szCs w:val="21"/>
        </w:rPr>
        <w:t>Në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Hotel Grand, Salla e </w:t>
      </w:r>
      <w:proofErr w:type="spellStart"/>
      <w:r>
        <w:rPr>
          <w:rFonts w:eastAsia="Helvetica" w:cs="Helvetica"/>
          <w:b/>
          <w:color w:val="333333"/>
          <w:szCs w:val="21"/>
        </w:rPr>
        <w:t>Konferencës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, </w:t>
      </w:r>
      <w:proofErr w:type="spellStart"/>
      <w:r>
        <w:rPr>
          <w:rFonts w:eastAsia="Helvetica" w:cs="Helvetica"/>
          <w:b/>
          <w:color w:val="333333"/>
          <w:szCs w:val="21"/>
        </w:rPr>
        <w:t>Prishtinë</w:t>
      </w:r>
      <w:proofErr w:type="spellEnd"/>
    </w:p>
    <w:p w14:paraId="66B58BCC" w14:textId="77777777" w:rsidR="00862A5C" w:rsidRDefault="004C506B">
      <w:pPr>
        <w:keepNext/>
        <w:keepLines/>
        <w:jc w:val="both"/>
      </w:pPr>
      <w:hyperlink r:id="rId14" w:tooltip="Hap memorandumin e Njësisë 001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nr.01: NSH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Bankkos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Lokali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Deçan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vetëm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lokalin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afarist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cili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sipas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matjeve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terren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66.92 m². </w:t>
      </w:r>
      <w:proofErr w:type="spellStart"/>
      <w:r w:rsidR="00325A38">
        <w:rPr>
          <w:rFonts w:eastAsia="Helvetica" w:cs="Helvetica"/>
          <w:szCs w:val="21"/>
        </w:rPr>
        <w:t>Lokali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edhe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reklamuese</w:t>
      </w:r>
      <w:proofErr w:type="spellEnd"/>
      <w:r w:rsidR="00325A38">
        <w:rPr>
          <w:rFonts w:eastAsia="Helvetica" w:cs="Helvetica"/>
          <w:szCs w:val="21"/>
        </w:rPr>
        <w:t xml:space="preserve"> (</w:t>
      </w:r>
      <w:proofErr w:type="spellStart"/>
      <w:r w:rsidR="00325A38">
        <w:rPr>
          <w:rFonts w:eastAsia="Helvetica" w:cs="Helvetica"/>
          <w:szCs w:val="21"/>
        </w:rPr>
        <w:t>vitrinë</w:t>
      </w:r>
      <w:proofErr w:type="spellEnd"/>
      <w:r w:rsidR="00325A38">
        <w:rPr>
          <w:rFonts w:eastAsia="Helvetica" w:cs="Helvetica"/>
          <w:szCs w:val="21"/>
        </w:rPr>
        <w:t xml:space="preserve">)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6.34 m²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total </w:t>
      </w:r>
      <w:proofErr w:type="spellStart"/>
      <w:r w:rsidR="00325A38">
        <w:rPr>
          <w:rFonts w:eastAsia="Helvetica" w:cs="Helvetica"/>
          <w:szCs w:val="21"/>
        </w:rPr>
        <w:t>bëjnë</w:t>
      </w:r>
      <w:proofErr w:type="spellEnd"/>
      <w:r w:rsidR="00325A38">
        <w:rPr>
          <w:rFonts w:eastAsia="Helvetica" w:cs="Helvetica"/>
          <w:szCs w:val="21"/>
        </w:rPr>
        <w:t xml:space="preserve"> 73.26 m². </w:t>
      </w:r>
      <w:proofErr w:type="spellStart"/>
      <w:r w:rsidR="00325A38">
        <w:rPr>
          <w:rFonts w:eastAsia="Helvetica" w:cs="Helvetica"/>
          <w:szCs w:val="21"/>
        </w:rPr>
        <w:t>Sipërfaqja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lokalit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sipas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listës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aseteve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74.69 m².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B617AAA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DC10E8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Objekt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tjetër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</w:t>
            </w:r>
            <w:proofErr w:type="spellEnd"/>
          </w:p>
        </w:tc>
        <w:tc>
          <w:tcPr>
            <w:tcW w:w="3026" w:type="dxa"/>
            <w:vAlign w:val="center"/>
          </w:tcPr>
          <w:p w14:paraId="5257A08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750 €/m²</w:t>
            </w:r>
          </w:p>
        </w:tc>
        <w:tc>
          <w:tcPr>
            <w:tcW w:w="3026" w:type="dxa"/>
            <w:vAlign w:val="center"/>
          </w:tcPr>
          <w:p w14:paraId="06B5E6B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6,000 €</w:t>
            </w:r>
          </w:p>
        </w:tc>
      </w:tr>
    </w:tbl>
    <w:p w14:paraId="35AB805C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Banka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Themelore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Kosovës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Bankkos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Fi-435/86 and Fi-208/87</w:t>
      </w:r>
    </w:p>
    <w:p w14:paraId="0F681088" w14:textId="77777777" w:rsidR="00862A5C" w:rsidRDefault="004C506B">
      <w:pPr>
        <w:keepNext/>
        <w:keepLines/>
        <w:jc w:val="both"/>
      </w:pPr>
      <w:hyperlink r:id="rId15" w:tooltip="Hap memorandumin e Njësisë 002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nr.02: BVI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për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Mbrojtjen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Kundër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Breshërit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Lokali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ne Dardani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hapësirën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afariste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116.7 m². </w:t>
      </w:r>
      <w:proofErr w:type="spellStart"/>
      <w:r w:rsidR="00325A38">
        <w:rPr>
          <w:rFonts w:eastAsia="Helvetica" w:cs="Helvetica"/>
          <w:szCs w:val="21"/>
        </w:rPr>
        <w:t>Aseti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Bulevardin</w:t>
      </w:r>
      <w:proofErr w:type="spellEnd"/>
      <w:r w:rsidR="00325A38">
        <w:rPr>
          <w:rFonts w:eastAsia="Helvetica" w:cs="Helvetica"/>
          <w:szCs w:val="21"/>
        </w:rPr>
        <w:t xml:space="preserve"> Bill </w:t>
      </w:r>
      <w:proofErr w:type="spellStart"/>
      <w:r w:rsidR="00325A38">
        <w:rPr>
          <w:rFonts w:eastAsia="Helvetica" w:cs="Helvetica"/>
          <w:szCs w:val="21"/>
        </w:rPr>
        <w:t>Klinton</w:t>
      </w:r>
      <w:proofErr w:type="spellEnd"/>
      <w:r w:rsidR="00325A38">
        <w:rPr>
          <w:rFonts w:eastAsia="Helvetica" w:cs="Helvetica"/>
          <w:szCs w:val="21"/>
        </w:rPr>
        <w:t xml:space="preserve">, SU5/7, </w:t>
      </w:r>
      <w:proofErr w:type="spellStart"/>
      <w:r w:rsidR="00325A38">
        <w:rPr>
          <w:rFonts w:eastAsia="Helvetica" w:cs="Helvetica"/>
          <w:szCs w:val="21"/>
        </w:rPr>
        <w:t>lagjja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Dardania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Prishtinë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7356BB25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264EF35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Objekt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tjetër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</w:t>
            </w:r>
            <w:proofErr w:type="spellEnd"/>
          </w:p>
        </w:tc>
        <w:tc>
          <w:tcPr>
            <w:tcW w:w="3026" w:type="dxa"/>
            <w:vAlign w:val="center"/>
          </w:tcPr>
          <w:p w14:paraId="3DDA4AD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2,724 €/m²</w:t>
            </w:r>
          </w:p>
        </w:tc>
        <w:tc>
          <w:tcPr>
            <w:tcW w:w="3026" w:type="dxa"/>
            <w:vAlign w:val="center"/>
          </w:tcPr>
          <w:p w14:paraId="7A74F13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16,000 €</w:t>
            </w:r>
          </w:p>
        </w:tc>
      </w:tr>
    </w:tbl>
    <w:p w14:paraId="6156777F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BVI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për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Mbrojtjen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Kundër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Breshërit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428/78</w:t>
      </w:r>
    </w:p>
    <w:p w14:paraId="4D33231F" w14:textId="77777777" w:rsidR="00862A5C" w:rsidRDefault="004C506B">
      <w:pPr>
        <w:keepNext/>
        <w:keepLines/>
        <w:jc w:val="both"/>
      </w:pPr>
      <w:hyperlink r:id="rId16" w:tooltip="Hap memorandumin e Njësisë 003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nr.03: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Magjistrala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pronë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e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luajtshme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katër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(4)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kamionë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Kjo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njësi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investitorëve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potencial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mundësinë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blerë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asete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luajtshme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kamion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automjete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tjera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NSh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Magjistralja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637C890F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DD729E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Asetet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Luajtshme</w:t>
            </w:r>
            <w:proofErr w:type="spellEnd"/>
          </w:p>
        </w:tc>
        <w:tc>
          <w:tcPr>
            <w:tcW w:w="3026" w:type="dxa"/>
            <w:vAlign w:val="center"/>
          </w:tcPr>
          <w:p w14:paraId="026ECA3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N/A</w:t>
            </w:r>
          </w:p>
        </w:tc>
        <w:tc>
          <w:tcPr>
            <w:tcW w:w="3026" w:type="dxa"/>
            <w:vAlign w:val="center"/>
          </w:tcPr>
          <w:p w14:paraId="6F4FCD1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3BA2E5C8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Magjistrala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839/89</w:t>
      </w:r>
    </w:p>
    <w:p w14:paraId="7356019F" w14:textId="77777777" w:rsidR="00862A5C" w:rsidRDefault="004C506B">
      <w:pPr>
        <w:keepNext/>
        <w:keepLines/>
        <w:jc w:val="both"/>
      </w:pPr>
      <w:hyperlink r:id="rId17" w:tooltip="Hap memorandumin e Njësisë 004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nr.04: NSH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Ingeniering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Asetet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e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Luajtshme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përfshijnë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vetura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makineri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pune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invertar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zyrës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4E6A40C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589140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Asete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të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luajtshme</w:t>
            </w:r>
            <w:proofErr w:type="spellEnd"/>
          </w:p>
        </w:tc>
        <w:tc>
          <w:tcPr>
            <w:tcW w:w="3026" w:type="dxa"/>
            <w:vAlign w:val="center"/>
          </w:tcPr>
          <w:p w14:paraId="36D2B76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N/A</w:t>
            </w:r>
          </w:p>
        </w:tc>
        <w:tc>
          <w:tcPr>
            <w:tcW w:w="3026" w:type="dxa"/>
            <w:vAlign w:val="center"/>
          </w:tcPr>
          <w:p w14:paraId="4CD28FE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3,000 €</w:t>
            </w:r>
          </w:p>
        </w:tc>
      </w:tr>
    </w:tbl>
    <w:p w14:paraId="5F303D1E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Ingeniering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Fi-546/89; Fi.31/89; Fi-2503/91; Fi-6252/92</w:t>
      </w:r>
    </w:p>
    <w:p w14:paraId="58A5A327" w14:textId="77777777" w:rsidR="00862A5C" w:rsidRDefault="004C506B">
      <w:pPr>
        <w:keepNext/>
        <w:keepLines/>
        <w:jc w:val="both"/>
      </w:pPr>
      <w:hyperlink r:id="rId18" w:tooltip="Hap memorandumin e Njësisë 005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nr.05: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Asetet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e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Gurethyesit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Gadime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lokalet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shërbenin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zyra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Lokalet</w:t>
      </w:r>
      <w:proofErr w:type="spellEnd"/>
      <w:r w:rsidR="00325A38">
        <w:rPr>
          <w:rFonts w:eastAsia="Helvetica" w:cs="Helvetica"/>
          <w:szCs w:val="21"/>
        </w:rPr>
        <w:t>/</w:t>
      </w:r>
      <w:proofErr w:type="spellStart"/>
      <w:r w:rsidR="00325A38">
        <w:rPr>
          <w:rFonts w:eastAsia="Helvetica" w:cs="Helvetica"/>
          <w:szCs w:val="21"/>
        </w:rPr>
        <w:t>asetet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përbëjnë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objektin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përdhesë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totale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98.12 m². </w:t>
      </w:r>
      <w:proofErr w:type="spellStart"/>
      <w:r w:rsidR="00325A38">
        <w:rPr>
          <w:rFonts w:eastAsia="Helvetica" w:cs="Helvetica"/>
          <w:szCs w:val="21"/>
        </w:rPr>
        <w:t>Objekti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depove</w:t>
      </w:r>
      <w:proofErr w:type="spellEnd"/>
      <w:r w:rsidR="00325A38">
        <w:rPr>
          <w:rFonts w:eastAsia="Helvetica" w:cs="Helvetica"/>
          <w:szCs w:val="21"/>
        </w:rPr>
        <w:t>/</w:t>
      </w:r>
      <w:proofErr w:type="spellStart"/>
      <w:r w:rsidR="00325A38">
        <w:rPr>
          <w:rFonts w:eastAsia="Helvetica" w:cs="Helvetica"/>
          <w:szCs w:val="21"/>
        </w:rPr>
        <w:t>hangari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përafërsisht</w:t>
      </w:r>
      <w:proofErr w:type="spellEnd"/>
      <w:r w:rsidR="00325A38">
        <w:rPr>
          <w:rFonts w:eastAsia="Helvetica" w:cs="Helvetica"/>
          <w:szCs w:val="21"/>
        </w:rPr>
        <w:t xml:space="preserve"> 162.80 m² </w:t>
      </w:r>
      <w:proofErr w:type="spellStart"/>
      <w:r w:rsidR="00325A38">
        <w:rPr>
          <w:rFonts w:eastAsia="Helvetica" w:cs="Helvetica"/>
          <w:szCs w:val="21"/>
        </w:rPr>
        <w:t>si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objekti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bunari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9 m².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70FD7B91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57107A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3C3F6E8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116 €/m²</w:t>
            </w:r>
          </w:p>
        </w:tc>
        <w:tc>
          <w:tcPr>
            <w:tcW w:w="3026" w:type="dxa"/>
            <w:vAlign w:val="center"/>
          </w:tcPr>
          <w:p w14:paraId="687F26B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3,000 €</w:t>
            </w:r>
          </w:p>
        </w:tc>
      </w:tr>
    </w:tbl>
    <w:p w14:paraId="477A6D40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Separacioni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gurëve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Gadime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416/87</w:t>
      </w:r>
    </w:p>
    <w:p w14:paraId="3EBE0897" w14:textId="77777777" w:rsidR="00862A5C" w:rsidRDefault="004C506B">
      <w:pPr>
        <w:keepNext/>
        <w:keepLines/>
        <w:jc w:val="both"/>
      </w:pPr>
      <w:hyperlink r:id="rId19" w:tooltip="Hap memorandumin e Njësisë 006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nr.06: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Liria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Rimanishtë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parcela</w:t>
      </w:r>
      <w:proofErr w:type="spellEnd"/>
      <w:r w:rsidR="00325A38">
        <w:rPr>
          <w:rFonts w:eastAsia="Helvetica" w:cs="Helvetica"/>
          <w:szCs w:val="21"/>
        </w:rPr>
        <w:t xml:space="preserve"> me nr. P-71914063-00067-0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4,369 m² (43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69 m²),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4 e </w:t>
      </w:r>
      <w:proofErr w:type="spellStart"/>
      <w:r w:rsidR="00325A38">
        <w:rPr>
          <w:rFonts w:eastAsia="Helvetica" w:cs="Helvetica"/>
          <w:szCs w:val="21"/>
        </w:rPr>
        <w:t>cila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Rimanishtë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Prishtinës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Prona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ofruar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publike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158F918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B5C689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3262E1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400 €/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AC421F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2,000 €</w:t>
            </w:r>
          </w:p>
        </w:tc>
      </w:tr>
    </w:tbl>
    <w:p w14:paraId="0D58F62C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K.B.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Liria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Bardhosh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1608/90</w:t>
      </w:r>
    </w:p>
    <w:p w14:paraId="28E8B167" w14:textId="77777777" w:rsidR="00862A5C" w:rsidRDefault="004C506B">
      <w:pPr>
        <w:keepNext/>
        <w:keepLines/>
        <w:jc w:val="both"/>
      </w:pPr>
      <w:hyperlink r:id="rId20" w:tooltip="Hap memorandumin e Njësisë 007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nr.07: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Ҫagllavicë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XI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767-5,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4.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Çagllavicë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3,660 m² (36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60 m²).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767-5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atraktive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Prishtinës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dytësore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Aktualisht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ndërtime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ilegale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5ACE6626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1EA97D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1FCF90E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14,400 €/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8F7F06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26,000 €</w:t>
            </w:r>
          </w:p>
        </w:tc>
      </w:tr>
    </w:tbl>
    <w:p w14:paraId="3B31ABA1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809/89</w:t>
      </w:r>
    </w:p>
    <w:p w14:paraId="7B920192" w14:textId="77777777" w:rsidR="00862A5C" w:rsidRDefault="004C506B">
      <w:pPr>
        <w:keepNext/>
        <w:keepLines/>
        <w:jc w:val="both"/>
      </w:pPr>
      <w:hyperlink r:id="rId21" w:tooltip="Hap memorandumin e Njësisë 008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nr.08: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Çagllavicë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-1456-0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1456-0,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4.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Çagllavicë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2,447 m² (24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47 m²).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shumë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atraktive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rreth</w:t>
      </w:r>
      <w:proofErr w:type="spellEnd"/>
      <w:r w:rsidR="00325A38">
        <w:rPr>
          <w:rFonts w:eastAsia="Helvetica" w:cs="Helvetica"/>
          <w:szCs w:val="21"/>
        </w:rPr>
        <w:t xml:space="preserve"> 500m </w:t>
      </w:r>
      <w:proofErr w:type="spellStart"/>
      <w:r w:rsidR="00325A38">
        <w:rPr>
          <w:rFonts w:eastAsia="Helvetica" w:cs="Helvetica"/>
          <w:szCs w:val="21"/>
        </w:rPr>
        <w:t>distancë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ajrore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magjistralen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Prishtinë-Lipjan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drejtpërdrejt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8678232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2B53462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34B8549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11,400 €/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1E90E9D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14,000 €</w:t>
            </w:r>
          </w:p>
        </w:tc>
      </w:tr>
    </w:tbl>
    <w:p w14:paraId="75FA8EA1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809/89</w:t>
      </w:r>
    </w:p>
    <w:p w14:paraId="283EA7DB" w14:textId="77777777" w:rsidR="00862A5C" w:rsidRDefault="004C506B">
      <w:pPr>
        <w:keepNext/>
        <w:keepLines/>
        <w:jc w:val="both"/>
      </w:pPr>
      <w:hyperlink r:id="rId22" w:tooltip="Hap memorandumin e Njësisë 009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nr.09: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Llapllasellë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-288-0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288-0,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3. </w:t>
      </w:r>
      <w:proofErr w:type="spellStart"/>
      <w:r w:rsidR="00325A38">
        <w:rPr>
          <w:rFonts w:eastAsia="Helvetica" w:cs="Helvetica"/>
          <w:szCs w:val="21"/>
        </w:rPr>
        <w:t>Parcela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Llapllasellë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3,347 m² (33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47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608E6957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6BA4FA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348EA45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9,600 €/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F4476C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16,000 €</w:t>
            </w:r>
          </w:p>
        </w:tc>
      </w:tr>
    </w:tbl>
    <w:p w14:paraId="526C2AC3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809/89</w:t>
      </w:r>
    </w:p>
    <w:p w14:paraId="1AB153DB" w14:textId="77777777" w:rsidR="00862A5C" w:rsidRDefault="004C506B">
      <w:pPr>
        <w:keepNext/>
        <w:keepLines/>
        <w:jc w:val="both"/>
      </w:pPr>
      <w:hyperlink r:id="rId23" w:tooltip="Hap memorandumin e Njësisë 010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nr.10: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Prishtinë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-1723-2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1723-2,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VI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3.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Prishtinë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5,834 m² (58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34 m²).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atraktive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tek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Prishtina</w:t>
      </w:r>
      <w:proofErr w:type="spellEnd"/>
      <w:r w:rsidR="00325A38">
        <w:rPr>
          <w:rFonts w:eastAsia="Helvetica" w:cs="Helvetica"/>
          <w:szCs w:val="21"/>
        </w:rPr>
        <w:t xml:space="preserve"> e Re,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mbjella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shkurre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80331B2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FEACA4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D5FF2B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48,000 €/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4EE60C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100,000 €</w:t>
            </w:r>
          </w:p>
        </w:tc>
      </w:tr>
    </w:tbl>
    <w:p w14:paraId="6D96421E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809/89</w:t>
      </w:r>
    </w:p>
    <w:p w14:paraId="38736B8A" w14:textId="77777777" w:rsidR="00862A5C" w:rsidRDefault="004C506B">
      <w:pPr>
        <w:keepNext/>
        <w:keepLines/>
        <w:jc w:val="both"/>
      </w:pPr>
      <w:hyperlink r:id="rId24" w:tooltip="Hap memorandumin e Njësisë 011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nr.11: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Llapllasellë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-1777-2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1777-2,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4.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Llapllasellë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1,962 m² (19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62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373FD8B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EF163A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D89B5D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15,000 €/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711083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15,000 €</w:t>
            </w:r>
          </w:p>
        </w:tc>
      </w:tr>
    </w:tbl>
    <w:p w14:paraId="33D28AC0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809/89</w:t>
      </w:r>
    </w:p>
    <w:p w14:paraId="2F21A5A4" w14:textId="77777777" w:rsidR="00862A5C" w:rsidRDefault="004C506B">
      <w:pPr>
        <w:keepNext/>
        <w:keepLines/>
        <w:jc w:val="both"/>
      </w:pPr>
      <w:hyperlink r:id="rId25" w:tooltip="Hap memorandumin e Njësisë 012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nr.12: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Llapllasellë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-1787-2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1787-2,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4.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Llapnasellë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4,044 m² (40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44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DCD4F6B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8DC5FC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952BE3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15,000 €/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6581FE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30,000 €</w:t>
            </w:r>
          </w:p>
        </w:tc>
      </w:tr>
    </w:tbl>
    <w:p w14:paraId="386C75A4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809/89</w:t>
      </w:r>
    </w:p>
    <w:p w14:paraId="33E9F024" w14:textId="77777777" w:rsidR="00862A5C" w:rsidRDefault="004C506B">
      <w:pPr>
        <w:keepNext/>
        <w:keepLines/>
        <w:jc w:val="both"/>
      </w:pPr>
      <w:hyperlink r:id="rId26" w:tooltip="Hap memorandumin e Njësisë 013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nr.13: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Llapllasellë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-1815-6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1815-6,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3.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Llapllasellë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1,658 m² (16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58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4905A8A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0AE6D9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2EAE415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8,400 €/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E0EB05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7,000 €</w:t>
            </w:r>
          </w:p>
        </w:tc>
      </w:tr>
    </w:tbl>
    <w:p w14:paraId="70EE450F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809/89</w:t>
      </w:r>
    </w:p>
    <w:p w14:paraId="7FDC43FC" w14:textId="77777777" w:rsidR="00862A5C" w:rsidRDefault="004C506B">
      <w:pPr>
        <w:keepNext/>
        <w:keepLines/>
        <w:jc w:val="both"/>
      </w:pPr>
      <w:hyperlink r:id="rId27" w:tooltip="Hap memorandumin e Njësisë 014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nr.14: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Llapllasellë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-1699-15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1699-15,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4.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Llapllasellë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2,764 m² (27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64 m²).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shumë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atraktive</w:t>
      </w:r>
      <w:proofErr w:type="spellEnd"/>
      <w:r w:rsidR="00325A38">
        <w:rPr>
          <w:rFonts w:eastAsia="Helvetica" w:cs="Helvetica"/>
          <w:szCs w:val="21"/>
        </w:rPr>
        <w:t xml:space="preserve">,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drejtpërdrejt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dytësore</w:t>
      </w:r>
      <w:proofErr w:type="spellEnd"/>
      <w:r w:rsidR="00325A38">
        <w:rPr>
          <w:rFonts w:eastAsia="Helvetica" w:cs="Helvetica"/>
          <w:szCs w:val="21"/>
        </w:rPr>
        <w:t xml:space="preserve">. Brenda </w:t>
      </w:r>
      <w:proofErr w:type="spellStart"/>
      <w:r w:rsidR="00325A38">
        <w:rPr>
          <w:rFonts w:eastAsia="Helvetica" w:cs="Helvetica"/>
          <w:szCs w:val="21"/>
        </w:rPr>
        <w:t>ngastrës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kalon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fushore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CB634F9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0291E5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47E034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20,000 €/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151083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28,000 €</w:t>
            </w:r>
          </w:p>
        </w:tc>
      </w:tr>
    </w:tbl>
    <w:p w14:paraId="051B1771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809/89</w:t>
      </w:r>
    </w:p>
    <w:p w14:paraId="7B5EFB80" w14:textId="77777777" w:rsidR="00862A5C" w:rsidRDefault="004C506B">
      <w:pPr>
        <w:keepNext/>
        <w:keepLines/>
        <w:jc w:val="both"/>
      </w:pPr>
      <w:hyperlink r:id="rId28" w:tooltip="Hap memorandumin e Njësisë 015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nr.15: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Llapllasellë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-1903-1, 1903-2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parcelat</w:t>
      </w:r>
      <w:proofErr w:type="spellEnd"/>
      <w:r w:rsidR="00325A38">
        <w:rPr>
          <w:rFonts w:eastAsia="Helvetica" w:cs="Helvetica"/>
          <w:szCs w:val="21"/>
        </w:rPr>
        <w:t xml:space="preserve"> 1903-1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1903-2,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3.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Llapllasellë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kane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7,646 m² (76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46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68924DFD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5E3593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DE21BE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5,600 €/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65511A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21,000 €</w:t>
            </w:r>
          </w:p>
        </w:tc>
      </w:tr>
    </w:tbl>
    <w:p w14:paraId="4FC6D074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809/89</w:t>
      </w:r>
    </w:p>
    <w:p w14:paraId="1937E169" w14:textId="77777777" w:rsidR="00862A5C" w:rsidRDefault="004C506B">
      <w:pPr>
        <w:keepNext/>
        <w:keepLines/>
        <w:jc w:val="both"/>
      </w:pPr>
      <w:hyperlink r:id="rId29" w:tooltip="Hap memorandumin e Njësisë 016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nr.16: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Kosova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Lipjan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1,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4,156 m² (41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e 56 m²), </w:t>
      </w:r>
      <w:proofErr w:type="spellStart"/>
      <w:r w:rsidR="00325A38">
        <w:rPr>
          <w:rFonts w:eastAsia="Helvetica" w:cs="Helvetica"/>
          <w:szCs w:val="21"/>
        </w:rPr>
        <w:t>më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saktësisht</w:t>
      </w:r>
      <w:proofErr w:type="spellEnd"/>
      <w:r w:rsidR="00325A38">
        <w:rPr>
          <w:rFonts w:eastAsia="Helvetica" w:cs="Helvetica"/>
          <w:szCs w:val="21"/>
        </w:rPr>
        <w:t xml:space="preserve"> P-71409044-01431-0 Zona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Lipjan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Lipjan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6846F27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FCF48D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1E2B50A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7,200 €/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EC2E97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15,000 €</w:t>
            </w:r>
          </w:p>
        </w:tc>
      </w:tr>
    </w:tbl>
    <w:p w14:paraId="71A8DFB1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K.B.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Kosova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Fi-107/90</w:t>
      </w:r>
    </w:p>
    <w:p w14:paraId="769A6FCD" w14:textId="0C6705D4" w:rsidR="00862A5C" w:rsidRDefault="004C506B">
      <w:pPr>
        <w:keepNext/>
        <w:keepLines/>
        <w:jc w:val="both"/>
      </w:pPr>
      <w:hyperlink r:id="rId30" w:tooltip="Hap memorandumin e Njësisë 017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nr.17: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Kosova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Dobratin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II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5-0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2,562 m²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6-0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887 m²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3</w:t>
      </w:r>
      <w:r w:rsidR="00757E1E">
        <w:rPr>
          <w:rFonts w:eastAsia="Helvetica" w:cs="Helvetica"/>
          <w:szCs w:val="21"/>
        </w:rPr>
        <w:t>,</w:t>
      </w:r>
      <w:r w:rsidR="00484144">
        <w:rPr>
          <w:rFonts w:eastAsia="Helvetica" w:cs="Helvetica"/>
          <w:szCs w:val="21"/>
        </w:rPr>
        <w:t xml:space="preserve"> </w:t>
      </w:r>
      <w:r w:rsidR="00484144" w:rsidRPr="00484144">
        <w:rPr>
          <w:rFonts w:eastAsia="Helvetica" w:cs="Helvetica"/>
          <w:szCs w:val="21"/>
        </w:rPr>
        <w:t xml:space="preserve">me </w:t>
      </w:r>
      <w:proofErr w:type="spellStart"/>
      <w:r w:rsidR="00484144" w:rsidRPr="00484144">
        <w:rPr>
          <w:rFonts w:eastAsia="Helvetica" w:cs="Helvetica"/>
          <w:szCs w:val="21"/>
        </w:rPr>
        <w:t>sipërfaqe</w:t>
      </w:r>
      <w:proofErr w:type="spellEnd"/>
      <w:r w:rsidR="00484144" w:rsidRPr="00484144">
        <w:rPr>
          <w:rFonts w:eastAsia="Helvetica" w:cs="Helvetica"/>
          <w:szCs w:val="21"/>
        </w:rPr>
        <w:t xml:space="preserve"> </w:t>
      </w:r>
      <w:proofErr w:type="spellStart"/>
      <w:r w:rsidR="00484144" w:rsidRPr="00484144">
        <w:rPr>
          <w:rFonts w:eastAsia="Helvetica" w:cs="Helvetica"/>
          <w:szCs w:val="21"/>
        </w:rPr>
        <w:t>të</w:t>
      </w:r>
      <w:proofErr w:type="spellEnd"/>
      <w:r w:rsidR="00484144" w:rsidRPr="00484144">
        <w:rPr>
          <w:rFonts w:eastAsia="Helvetica" w:cs="Helvetica"/>
          <w:szCs w:val="21"/>
        </w:rPr>
        <w:t xml:space="preserve"> </w:t>
      </w:r>
      <w:proofErr w:type="spellStart"/>
      <w:r w:rsidR="00484144" w:rsidRPr="00484144">
        <w:rPr>
          <w:rFonts w:eastAsia="Helvetica" w:cs="Helvetica"/>
          <w:szCs w:val="21"/>
        </w:rPr>
        <w:t>përgjithshme</w:t>
      </w:r>
      <w:proofErr w:type="spellEnd"/>
      <w:r w:rsidR="00484144" w:rsidRPr="00484144">
        <w:rPr>
          <w:rFonts w:eastAsia="Helvetica" w:cs="Helvetica"/>
          <w:szCs w:val="21"/>
        </w:rPr>
        <w:t xml:space="preserve"> </w:t>
      </w:r>
      <w:proofErr w:type="spellStart"/>
      <w:r w:rsidR="00484144" w:rsidRPr="00484144">
        <w:rPr>
          <w:rFonts w:eastAsia="Helvetica" w:cs="Helvetica"/>
          <w:szCs w:val="21"/>
        </w:rPr>
        <w:t>prej</w:t>
      </w:r>
      <w:proofErr w:type="spellEnd"/>
      <w:r w:rsidR="00484144" w:rsidRPr="00484144">
        <w:rPr>
          <w:rFonts w:eastAsia="Helvetica" w:cs="Helvetica"/>
          <w:szCs w:val="21"/>
        </w:rPr>
        <w:t xml:space="preserve"> 3449 m² (34ari 49m²).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7375257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DBFF7E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6895DFB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1,600 €/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8B51D7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6,000 €</w:t>
            </w:r>
          </w:p>
        </w:tc>
      </w:tr>
    </w:tbl>
    <w:p w14:paraId="605EA8B9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K.B.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Kosova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Fi-107/90</w:t>
      </w:r>
    </w:p>
    <w:p w14:paraId="2A7BA83C" w14:textId="77777777" w:rsidR="00862A5C" w:rsidRDefault="004C506B">
      <w:pPr>
        <w:keepNext/>
        <w:keepLines/>
        <w:jc w:val="both"/>
      </w:pPr>
      <w:hyperlink r:id="rId31" w:tooltip="Hap memorandumin e Njësisë 018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nr.18: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Kosova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Suhadoll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833-0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833-0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3,605 m²,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2,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Suhadoll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Graçanicës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0B3C871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4F1D64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2CB5F20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4,500 €/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B13C68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8,000 €</w:t>
            </w:r>
          </w:p>
        </w:tc>
      </w:tr>
    </w:tbl>
    <w:p w14:paraId="2C1D4EA6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K.B.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Kosova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Fi-107/90</w:t>
      </w:r>
    </w:p>
    <w:p w14:paraId="7B5F0799" w14:textId="77777777" w:rsidR="00862A5C" w:rsidRDefault="004C506B">
      <w:pPr>
        <w:keepNext/>
        <w:keepLines/>
        <w:jc w:val="both"/>
      </w:pPr>
      <w:hyperlink r:id="rId32" w:tooltip="Hap memorandumin e Njësisë 019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nr.19: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Kosova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Gushtericë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Poshtme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1313-0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1313-0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4.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perëndimore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Gushtericë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Poshtme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Graçanicës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4,586 m² (45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86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3EF77D7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7B37BD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BA3636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4,200 €/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1628BD3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10,000 €</w:t>
            </w:r>
          </w:p>
        </w:tc>
      </w:tr>
    </w:tbl>
    <w:p w14:paraId="04D547EE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K.B.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Kosova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Fi-107/90</w:t>
      </w:r>
    </w:p>
    <w:p w14:paraId="05351A41" w14:textId="77777777" w:rsidR="00862A5C" w:rsidRDefault="004C506B">
      <w:pPr>
        <w:keepNext/>
        <w:keepLines/>
        <w:jc w:val="both"/>
      </w:pPr>
      <w:hyperlink r:id="rId33" w:tooltip="Hap memorandumin e Njësisë 020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nr.20: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Kosova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Gushtericë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Poshtme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1298-1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1298-1,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4.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perëndimore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Gushtericë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Poshtme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Graqanicës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3,303 m² (33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03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70E6650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13CEA3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8F1CEB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4,200 €/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F95208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7,000 €</w:t>
            </w:r>
          </w:p>
        </w:tc>
      </w:tr>
    </w:tbl>
    <w:p w14:paraId="0E77E19C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K.B.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Kosova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Fi-107/90</w:t>
      </w:r>
    </w:p>
    <w:p w14:paraId="2816C948" w14:textId="77777777" w:rsidR="00862A5C" w:rsidRDefault="004C506B">
      <w:pPr>
        <w:keepNext/>
        <w:keepLines/>
        <w:jc w:val="both"/>
      </w:pPr>
      <w:hyperlink r:id="rId34" w:tooltip="Hap memorandumin e Njësisë 021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nr.21: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Kosova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Gushtericë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Poshtme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1321-0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1321-0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4.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perëndimore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Gushtericë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Poshtme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Graqanicës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2,446 m² (24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46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8E302FB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D349E0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36A0633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4,200 €/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420A1C0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5,000 €</w:t>
            </w:r>
          </w:p>
        </w:tc>
      </w:tr>
    </w:tbl>
    <w:p w14:paraId="57F60C02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K.B.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Kosova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Fi-107/90</w:t>
      </w:r>
    </w:p>
    <w:p w14:paraId="153784BE" w14:textId="77777777" w:rsidR="00862A5C" w:rsidRDefault="004C506B">
      <w:pPr>
        <w:keepNext/>
        <w:keepLines/>
        <w:jc w:val="both"/>
      </w:pPr>
      <w:hyperlink r:id="rId35" w:tooltip="Hap memorandumin e Njësisë 022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nr.22: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Kosova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Konjuh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16-1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9,149 m² (91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49 m²),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4. </w:t>
      </w:r>
      <w:proofErr w:type="spellStart"/>
      <w:r w:rsidR="00325A38">
        <w:rPr>
          <w:rFonts w:eastAsia="Helvetica" w:cs="Helvetica"/>
          <w:szCs w:val="21"/>
        </w:rPr>
        <w:t>Parcela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Çertifikatën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evidentuar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P.SH. </w:t>
      </w:r>
      <w:proofErr w:type="spellStart"/>
      <w:r w:rsidR="00325A38">
        <w:rPr>
          <w:rFonts w:eastAsia="Helvetica" w:cs="Helvetica"/>
          <w:szCs w:val="21"/>
        </w:rPr>
        <w:t>Kooperativa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Lipjan</w:t>
      </w:r>
      <w:proofErr w:type="spellEnd"/>
      <w:r w:rsidR="00325A38">
        <w:rPr>
          <w:rFonts w:eastAsia="Helvetica" w:cs="Helvetica"/>
          <w:szCs w:val="21"/>
        </w:rPr>
        <w:t xml:space="preserve"> (D.S. Organ </w:t>
      </w:r>
      <w:proofErr w:type="spellStart"/>
      <w:r w:rsidR="00325A38">
        <w:rPr>
          <w:rFonts w:eastAsia="Helvetica" w:cs="Helvetica"/>
          <w:szCs w:val="21"/>
        </w:rPr>
        <w:t>Upravljanja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Zem</w:t>
      </w:r>
      <w:proofErr w:type="spellEnd"/>
      <w:r w:rsidR="00325A38">
        <w:rPr>
          <w:rFonts w:eastAsia="Helvetica" w:cs="Helvetica"/>
          <w:szCs w:val="21"/>
        </w:rPr>
        <w:t>. Zadruga).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B06A3C7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DEC229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36F81C8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9,600 €/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76C264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44,000 €</w:t>
            </w:r>
          </w:p>
        </w:tc>
      </w:tr>
    </w:tbl>
    <w:p w14:paraId="08C5E589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K.B.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Kosova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Fi-107/90</w:t>
      </w:r>
    </w:p>
    <w:p w14:paraId="2B035CE3" w14:textId="22E122AC" w:rsidR="00862A5C" w:rsidRDefault="004C506B">
      <w:pPr>
        <w:keepNext/>
        <w:keepLines/>
        <w:jc w:val="both"/>
      </w:pPr>
      <w:hyperlink r:id="rId36" w:tooltip="Hap memorandumin e Njësisë 023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nr.23: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Kosova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Banullë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989-0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P-71409003-00989-0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bujqësore-Arë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4,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3,517 m² (35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17 m²) e </w:t>
      </w:r>
      <w:proofErr w:type="spellStart"/>
      <w:r w:rsidR="00325A38">
        <w:rPr>
          <w:rFonts w:eastAsia="Helvetica" w:cs="Helvetica"/>
          <w:szCs w:val="21"/>
        </w:rPr>
        <w:t>cila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5F40907C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B0F391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520D41C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4,000 €/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1A0574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7,000 €</w:t>
            </w:r>
          </w:p>
        </w:tc>
      </w:tr>
    </w:tbl>
    <w:p w14:paraId="4AF3DB82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K.B.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Kosova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Fi-107/90</w:t>
      </w:r>
    </w:p>
    <w:p w14:paraId="0838EABD" w14:textId="7DEB0B7E" w:rsidR="00862A5C" w:rsidRDefault="004C506B">
      <w:pPr>
        <w:keepNext/>
        <w:keepLines/>
        <w:jc w:val="both"/>
      </w:pPr>
      <w:hyperlink r:id="rId37" w:tooltip="Hap memorandumin e Njësisë 024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nr.24: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Hajvali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653-3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71914002-00653-3, e </w:t>
      </w:r>
      <w:proofErr w:type="spellStart"/>
      <w:r w:rsidR="00325A38">
        <w:rPr>
          <w:rFonts w:eastAsia="Helvetica" w:cs="Helvetica"/>
          <w:szCs w:val="21"/>
        </w:rPr>
        <w:t>cila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3. </w:t>
      </w:r>
      <w:proofErr w:type="spellStart"/>
      <w:r w:rsidR="00325A38">
        <w:rPr>
          <w:rFonts w:eastAsia="Helvetica" w:cs="Helvetica"/>
          <w:szCs w:val="21"/>
        </w:rPr>
        <w:t>Kjo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Hajvali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një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1,678 m² (16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78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B14376B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A92065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1F09FB7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6,800 €/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D01D9F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6,000 €</w:t>
            </w:r>
          </w:p>
        </w:tc>
      </w:tr>
    </w:tbl>
    <w:p w14:paraId="419ED76B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809/89</w:t>
      </w:r>
    </w:p>
    <w:p w14:paraId="05BAEBA8" w14:textId="77777777" w:rsidR="00862A5C" w:rsidRDefault="004C506B">
      <w:pPr>
        <w:keepNext/>
        <w:keepLines/>
        <w:jc w:val="both"/>
      </w:pPr>
      <w:hyperlink r:id="rId38" w:tooltip="Hap memorandumin e Njësisë 025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nr.25: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Hajvali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918-2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P-71914002-00918-2,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3.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Hajvali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1,502 m² (15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02 m²).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drejtpërdrejtë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përmes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fushore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6E66EA6E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EEF3FF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6B756F1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6,800 €/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1334DF4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5,000 €</w:t>
            </w:r>
          </w:p>
        </w:tc>
      </w:tr>
    </w:tbl>
    <w:p w14:paraId="7D3C61E9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809/89</w:t>
      </w:r>
    </w:p>
    <w:p w14:paraId="108533D7" w14:textId="77777777" w:rsidR="00862A5C" w:rsidRDefault="004C506B">
      <w:pPr>
        <w:keepNext/>
        <w:keepLines/>
        <w:pageBreakBefore/>
        <w:jc w:val="both"/>
      </w:pPr>
      <w:hyperlink r:id="rId39" w:tooltip="Hap memorandumin e Njësisë 026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nr.26: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Llapllasellë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-1342-0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respektivisht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1342-0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4,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4,839 m² (48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39 m²).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Llapllasellë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Graçanicës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drejtpërdrejtë</w:t>
      </w:r>
      <w:proofErr w:type="spellEnd"/>
      <w:r w:rsidR="00325A38">
        <w:rPr>
          <w:rFonts w:eastAsia="Helvetica" w:cs="Helvetica"/>
          <w:szCs w:val="21"/>
        </w:rPr>
        <w:t xml:space="preserve"> ne </w:t>
      </w:r>
      <w:proofErr w:type="spellStart"/>
      <w:r w:rsidR="00325A38">
        <w:rPr>
          <w:rFonts w:eastAsia="Helvetica" w:cs="Helvetica"/>
          <w:szCs w:val="21"/>
        </w:rPr>
        <w:t>rruge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dytesore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fushore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785111B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1226CE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0B819A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6,000 €/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1BC152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15,000 €</w:t>
            </w:r>
          </w:p>
        </w:tc>
      </w:tr>
    </w:tbl>
    <w:p w14:paraId="66EDE8CC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809/89</w:t>
      </w:r>
    </w:p>
    <w:p w14:paraId="5008D434" w14:textId="46351F20" w:rsidR="00862A5C" w:rsidRDefault="004C506B">
      <w:pPr>
        <w:keepNext/>
        <w:keepLines/>
        <w:jc w:val="both"/>
      </w:pPr>
      <w:hyperlink r:id="rId40" w:tooltip="Hap memorandumin e Njësisë 027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nr.27: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Çagllavicë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- 1453-0 &amp; 1454-0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respektivisht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1453-0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3,845 m²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1454-0 me </w:t>
      </w:r>
      <w:proofErr w:type="spellStart"/>
      <w:r w:rsidR="00325A38">
        <w:rPr>
          <w:rFonts w:eastAsia="Helvetica" w:cs="Helvetica"/>
          <w:szCs w:val="21"/>
        </w:rPr>
        <w:t>sipërfaqen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4,020 m²,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4, me </w:t>
      </w:r>
      <w:proofErr w:type="spellStart"/>
      <w:r w:rsidR="006D4716">
        <w:rPr>
          <w:rFonts w:eastAsia="Helvetica" w:cs="Helvetica"/>
          <w:szCs w:val="21"/>
        </w:rPr>
        <w:t>n</w:t>
      </w:r>
      <w:r w:rsidR="002D4D33">
        <w:rPr>
          <w:rFonts w:eastAsia="Helvetica" w:cs="Helvetica"/>
          <w:szCs w:val="21"/>
        </w:rPr>
        <w:t>jë</w:t>
      </w:r>
      <w:proofErr w:type="spellEnd"/>
      <w:r w:rsidR="002D4D33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7,865 m² (78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65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B8CE136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7DC1BB3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C38DFA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15,200 €/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CE941C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60,000 €</w:t>
            </w:r>
          </w:p>
        </w:tc>
      </w:tr>
    </w:tbl>
    <w:p w14:paraId="06A88267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809/89</w:t>
      </w:r>
    </w:p>
    <w:p w14:paraId="099F5C39" w14:textId="77777777" w:rsidR="00862A5C" w:rsidRDefault="004C506B">
      <w:pPr>
        <w:keepNext/>
        <w:keepLines/>
        <w:jc w:val="both"/>
      </w:pPr>
      <w:hyperlink r:id="rId41" w:tooltip="Hap memorandumin e Njësisë 028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nr.28: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Çagllavicë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-20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respektivisht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20-0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2,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331 m² (3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31 m²).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Çagllavicë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Prishtinë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drejtpërdrejtë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dytësore</w:t>
      </w:r>
      <w:proofErr w:type="spellEnd"/>
      <w:r w:rsidR="00325A38">
        <w:rPr>
          <w:rFonts w:eastAsia="Helvetica" w:cs="Helvetica"/>
          <w:szCs w:val="21"/>
        </w:rPr>
        <w:t xml:space="preserve"> (</w:t>
      </w:r>
      <w:proofErr w:type="spellStart"/>
      <w:r w:rsidR="00325A38">
        <w:rPr>
          <w:rFonts w:eastAsia="Helvetica" w:cs="Helvetica"/>
          <w:szCs w:val="21"/>
        </w:rPr>
        <w:t>fushore</w:t>
      </w:r>
      <w:proofErr w:type="spellEnd"/>
      <w:r w:rsidR="00325A38">
        <w:rPr>
          <w:rFonts w:eastAsia="Helvetica" w:cs="Helvetica"/>
          <w:szCs w:val="21"/>
        </w:rPr>
        <w:t>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6547B668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1A1B00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2EAD4A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16,000 €/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5ED224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5,000 €</w:t>
            </w:r>
          </w:p>
        </w:tc>
      </w:tr>
    </w:tbl>
    <w:p w14:paraId="0B2DA6BA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809/89</w:t>
      </w:r>
    </w:p>
    <w:p w14:paraId="7161D31B" w14:textId="77777777" w:rsidR="00862A5C" w:rsidRDefault="004C506B">
      <w:pPr>
        <w:keepNext/>
        <w:keepLines/>
        <w:jc w:val="both"/>
      </w:pPr>
      <w:hyperlink r:id="rId42" w:tooltip="Hap memorandumin e Njësisë 029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nr.29: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Liria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Bërnicë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e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Poshtme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- 1535-0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nr. P-71914024-01535-0,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2,167 m² (21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67 m²),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Bërnicë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Poshtme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Prishtinës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96C62DD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0ECB31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239F2BA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1,600 €/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C59BB1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3,000 €</w:t>
            </w:r>
          </w:p>
        </w:tc>
      </w:tr>
    </w:tbl>
    <w:p w14:paraId="1E198085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K.B.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Liria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Bardhosh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1608/90</w:t>
      </w:r>
    </w:p>
    <w:p w14:paraId="536425B0" w14:textId="77777777" w:rsidR="00862A5C" w:rsidRDefault="004C506B">
      <w:pPr>
        <w:keepNext/>
        <w:keepLines/>
        <w:jc w:val="both"/>
      </w:pPr>
      <w:hyperlink r:id="rId43" w:tooltip="Hap memorandumin e Njësisë 030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nr.30: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Kosova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Livagje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- 160-0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respektivisht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160-0,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5,128 m² (51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28 m²)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5.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Livagjë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Graçanicës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7E38519D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406B3B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5028769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1,600 €/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B59C71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8,000 €</w:t>
            </w:r>
          </w:p>
        </w:tc>
      </w:tr>
    </w:tbl>
    <w:p w14:paraId="519FE913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K.B.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Kosova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Fi-107/90</w:t>
      </w:r>
    </w:p>
    <w:p w14:paraId="7EBD4D3F" w14:textId="77777777" w:rsidR="00862A5C" w:rsidRDefault="004C506B">
      <w:pPr>
        <w:keepNext/>
        <w:keepLines/>
        <w:jc w:val="both"/>
      </w:pPr>
      <w:hyperlink r:id="rId44" w:tooltip="Hap memorandumin e Njësisë 031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nr.31: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Kosova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Lipjan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VIII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respektivisht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83-1, 83-2, 84-0 &amp; 85-0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7,233 m² (72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33 m²)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5.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Lipjan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Lipjanit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zyrtare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A8D6EF1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F4977C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085CE8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6,400 €/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85045A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23,000 €</w:t>
            </w:r>
          </w:p>
        </w:tc>
      </w:tr>
    </w:tbl>
    <w:p w14:paraId="0EE5CCE9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K.B.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Kosova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Fi-107/90</w:t>
      </w:r>
    </w:p>
    <w:p w14:paraId="20F2CF11" w14:textId="77777777" w:rsidR="00862A5C" w:rsidRDefault="004C506B">
      <w:pPr>
        <w:keepNext/>
        <w:keepLines/>
        <w:jc w:val="both"/>
      </w:pPr>
      <w:hyperlink r:id="rId45" w:tooltip="Hap memorandumin e Njësisë 032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nr.32: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Çagllavicë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772-7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respektivisht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772-7,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455 m² (4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55 m²)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4.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Çagllavicë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Prishtinë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75BDE9B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DFE74C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5D32EA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14,400 €/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1B1A6E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7,000 €</w:t>
            </w:r>
          </w:p>
        </w:tc>
      </w:tr>
    </w:tbl>
    <w:p w14:paraId="0A77A41F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809/89</w:t>
      </w:r>
    </w:p>
    <w:p w14:paraId="2ADFFB80" w14:textId="77777777" w:rsidR="00862A5C" w:rsidRDefault="004C506B">
      <w:pPr>
        <w:keepNext/>
        <w:keepLines/>
        <w:jc w:val="both"/>
      </w:pPr>
      <w:hyperlink r:id="rId46" w:tooltip="Hap memorandumin e Njësisë 033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nr.33: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Çagllavicë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1598-0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respektivisht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1598-0,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8,119 m² (81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19 m²),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2.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Çagllavicë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Graçanicës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1501B83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DC026D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F9F72B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12,000 €/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3013B6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49,000 €</w:t>
            </w:r>
          </w:p>
        </w:tc>
      </w:tr>
    </w:tbl>
    <w:p w14:paraId="793C1C32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809/89</w:t>
      </w:r>
    </w:p>
    <w:p w14:paraId="12129F6E" w14:textId="77777777" w:rsidR="00862A5C" w:rsidRDefault="004C506B">
      <w:pPr>
        <w:keepNext/>
        <w:keepLines/>
        <w:jc w:val="both"/>
      </w:pPr>
      <w:hyperlink r:id="rId47" w:tooltip="Hap memorandumin e Njësisë 034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nr.34: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Llapllasellë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1338-1 &amp; 1338-2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respektivisht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1338-1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1338-2,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të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6,891 m² (68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91 m²)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4.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Llapllasellë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Graçanicës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Qasja</w:t>
      </w:r>
      <w:proofErr w:type="spellEnd"/>
      <w:r w:rsidR="00325A38">
        <w:rPr>
          <w:rFonts w:eastAsia="Helvetica" w:cs="Helvetica"/>
          <w:szCs w:val="21"/>
        </w:rPr>
        <w:t xml:space="preserve"> ne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përmes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zyrtare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lidhet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rrugën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kryesore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Llapnasellë-Livagjë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665CB2BC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F7B085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5DFADE9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6,000 €/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C3A5F0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21,000 €</w:t>
            </w:r>
          </w:p>
        </w:tc>
      </w:tr>
    </w:tbl>
    <w:p w14:paraId="0D41C7D1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Ratar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-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Laplje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Selo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Fi 809/89</w:t>
      </w:r>
    </w:p>
    <w:p w14:paraId="2F9B5785" w14:textId="77777777" w:rsidR="00862A5C" w:rsidRDefault="004C506B">
      <w:pPr>
        <w:keepNext/>
        <w:keepLines/>
        <w:jc w:val="both"/>
      </w:pPr>
      <w:hyperlink r:id="rId48" w:tooltip="Hap memorandumin e Njësisë 035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nr.35: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Llugë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respektivisht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P-71409046-00043-0,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7,022 m² (70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22 m²)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3.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vendin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quajtur</w:t>
      </w:r>
      <w:proofErr w:type="spellEnd"/>
      <w:r w:rsidR="00325A38">
        <w:rPr>
          <w:rFonts w:eastAsia="Helvetica" w:cs="Helvetica"/>
          <w:szCs w:val="21"/>
        </w:rPr>
        <w:t xml:space="preserve"> Polje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Llugë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Lipjanit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598A4FD7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757964C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D1D045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640 €/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D3D08D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4,000 €</w:t>
            </w:r>
          </w:p>
        </w:tc>
      </w:tr>
    </w:tbl>
    <w:p w14:paraId="2A25DCA0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K.B.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Kosova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Fi-107/90</w:t>
      </w:r>
    </w:p>
    <w:p w14:paraId="098DA0B9" w14:textId="77777777" w:rsidR="00862A5C" w:rsidRDefault="004C506B">
      <w:pPr>
        <w:keepNext/>
        <w:keepLines/>
        <w:jc w:val="both"/>
      </w:pPr>
      <w:hyperlink r:id="rId49" w:tooltip="Hap memorandumin e Njësisë 036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nr.36: NSH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Stacioni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Veterinarisë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Asete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luajtshme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dy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automobila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Yugo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Vërejtje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asetet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ofertuesit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mundshëm</w:t>
      </w:r>
      <w:proofErr w:type="spellEnd"/>
      <w:r w:rsidR="00325A38">
        <w:rPr>
          <w:rFonts w:eastAsia="Helvetica" w:cs="Helvetica"/>
          <w:szCs w:val="21"/>
        </w:rPr>
        <w:t xml:space="preserve">: </w:t>
      </w:r>
      <w:proofErr w:type="spellStart"/>
      <w:r w:rsidR="00325A38">
        <w:rPr>
          <w:rFonts w:eastAsia="Helvetica" w:cs="Helvetica"/>
          <w:szCs w:val="21"/>
        </w:rPr>
        <w:t>NSh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Stacioni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Veterinarisë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Rahovec</w:t>
      </w:r>
      <w:proofErr w:type="spellEnd"/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Asetet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luajtshme</w:t>
      </w:r>
      <w:proofErr w:type="spellEnd"/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dy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automobila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Zastava</w:t>
      </w:r>
      <w:proofErr w:type="spellEnd"/>
      <w:r w:rsidR="00325A38">
        <w:rPr>
          <w:rFonts w:eastAsia="Helvetica" w:cs="Helvetica"/>
          <w:szCs w:val="21"/>
        </w:rPr>
        <w:t xml:space="preserve"> Yugo. </w:t>
      </w:r>
      <w:proofErr w:type="spellStart"/>
      <w:r w:rsidR="00325A38">
        <w:rPr>
          <w:rFonts w:eastAsia="Helvetica" w:cs="Helvetica"/>
          <w:szCs w:val="21"/>
        </w:rPr>
        <w:t>Njëri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automobil</w:t>
      </w:r>
      <w:proofErr w:type="spellEnd"/>
      <w:r w:rsidR="00325A38">
        <w:rPr>
          <w:rFonts w:eastAsia="Helvetica" w:cs="Helvetica"/>
          <w:szCs w:val="21"/>
        </w:rPr>
        <w:t xml:space="preserve"> Yugo 1, me </w:t>
      </w:r>
      <w:proofErr w:type="spellStart"/>
      <w:r w:rsidR="00325A38">
        <w:rPr>
          <w:rFonts w:eastAsia="Helvetica" w:cs="Helvetica"/>
          <w:szCs w:val="21"/>
        </w:rPr>
        <w:t>ngjyrë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bardhë</w:t>
      </w:r>
      <w:proofErr w:type="spellEnd"/>
      <w:r w:rsidR="00325A38">
        <w:rPr>
          <w:rFonts w:eastAsia="Helvetica" w:cs="Helvetica"/>
          <w:szCs w:val="21"/>
        </w:rPr>
        <w:t xml:space="preserve">, 3 dyer, </w:t>
      </w:r>
      <w:proofErr w:type="spellStart"/>
      <w:r w:rsidR="00325A38">
        <w:rPr>
          <w:rFonts w:eastAsia="Helvetica" w:cs="Helvetica"/>
          <w:szCs w:val="21"/>
        </w:rPr>
        <w:t>prodhim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vitit</w:t>
      </w:r>
      <w:proofErr w:type="spellEnd"/>
      <w:r w:rsidR="00325A38">
        <w:rPr>
          <w:rFonts w:eastAsia="Helvetica" w:cs="Helvetica"/>
          <w:szCs w:val="21"/>
        </w:rPr>
        <w:t xml:space="preserve"> 1997 me </w:t>
      </w:r>
      <w:proofErr w:type="spellStart"/>
      <w:r w:rsidR="00325A38">
        <w:rPr>
          <w:rFonts w:eastAsia="Helvetica" w:cs="Helvetica"/>
          <w:szCs w:val="21"/>
        </w:rPr>
        <w:t>kapacitet</w:t>
      </w:r>
      <w:proofErr w:type="spellEnd"/>
      <w:r w:rsidR="00325A38">
        <w:rPr>
          <w:rFonts w:eastAsia="Helvetica" w:cs="Helvetica"/>
          <w:szCs w:val="21"/>
        </w:rPr>
        <w:t xml:space="preserve"> 1116cm3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Yugo 2 </w:t>
      </w:r>
      <w:proofErr w:type="spellStart"/>
      <w:r w:rsidR="00325A38">
        <w:rPr>
          <w:rFonts w:eastAsia="Helvetica" w:cs="Helvetica"/>
          <w:szCs w:val="21"/>
        </w:rPr>
        <w:t>prodhim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vitit</w:t>
      </w:r>
      <w:proofErr w:type="spellEnd"/>
      <w:r w:rsidR="00325A38">
        <w:rPr>
          <w:rFonts w:eastAsia="Helvetica" w:cs="Helvetica"/>
          <w:szCs w:val="21"/>
        </w:rPr>
        <w:t xml:space="preserve"> 1998, me </w:t>
      </w:r>
      <w:proofErr w:type="spellStart"/>
      <w:r w:rsidR="00325A38">
        <w:rPr>
          <w:rFonts w:eastAsia="Helvetica" w:cs="Helvetica"/>
          <w:szCs w:val="21"/>
        </w:rPr>
        <w:t>ngjyrë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bardhë</w:t>
      </w:r>
      <w:proofErr w:type="spellEnd"/>
      <w:r w:rsidR="00325A38">
        <w:rPr>
          <w:rFonts w:eastAsia="Helvetica" w:cs="Helvetica"/>
          <w:szCs w:val="21"/>
        </w:rPr>
        <w:t xml:space="preserve">, 3 dyer, me </w:t>
      </w:r>
      <w:proofErr w:type="spellStart"/>
      <w:r w:rsidR="00325A38">
        <w:rPr>
          <w:rFonts w:eastAsia="Helvetica" w:cs="Helvetica"/>
          <w:szCs w:val="21"/>
        </w:rPr>
        <w:t>kapacitet</w:t>
      </w:r>
      <w:proofErr w:type="spellEnd"/>
      <w:r w:rsidR="00325A38">
        <w:rPr>
          <w:rFonts w:eastAsia="Helvetica" w:cs="Helvetica"/>
          <w:szCs w:val="21"/>
        </w:rPr>
        <w:t xml:space="preserve"> 1116 cm</w:t>
      </w:r>
      <w:r w:rsidR="00325A38" w:rsidRPr="002E4C76">
        <w:rPr>
          <w:rFonts w:eastAsia="Helvetica" w:cs="Helvetica"/>
          <w:szCs w:val="21"/>
          <w:vertAlign w:val="superscript"/>
        </w:rPr>
        <w:t>3</w:t>
      </w:r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Automobili</w:t>
      </w:r>
      <w:proofErr w:type="spellEnd"/>
      <w:r w:rsidR="00325A38">
        <w:rPr>
          <w:rFonts w:eastAsia="Helvetica" w:cs="Helvetica"/>
          <w:szCs w:val="21"/>
        </w:rPr>
        <w:t xml:space="preserve"> Yugo 1 vit i </w:t>
      </w:r>
      <w:proofErr w:type="spellStart"/>
      <w:r w:rsidR="00325A38">
        <w:rPr>
          <w:rFonts w:eastAsia="Helvetica" w:cs="Helvetica"/>
          <w:szCs w:val="21"/>
        </w:rPr>
        <w:t>prodhimit</w:t>
      </w:r>
      <w:proofErr w:type="spellEnd"/>
      <w:r w:rsidR="00325A38">
        <w:rPr>
          <w:rFonts w:eastAsia="Helvetica" w:cs="Helvetica"/>
          <w:szCs w:val="21"/>
        </w:rPr>
        <w:t xml:space="preserve"> 1997 ka </w:t>
      </w:r>
      <w:proofErr w:type="spellStart"/>
      <w:r w:rsidR="00325A38">
        <w:rPr>
          <w:rFonts w:eastAsia="Helvetica" w:cs="Helvetica"/>
          <w:szCs w:val="21"/>
        </w:rPr>
        <w:t>qenë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funksionale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deri</w:t>
      </w:r>
      <w:proofErr w:type="spellEnd"/>
      <w:r w:rsidR="00325A38">
        <w:rPr>
          <w:rFonts w:eastAsia="Helvetica" w:cs="Helvetica"/>
          <w:szCs w:val="21"/>
        </w:rPr>
        <w:t xml:space="preserve"> ne mars 2014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pas </w:t>
      </w:r>
      <w:proofErr w:type="spellStart"/>
      <w:r w:rsidR="00325A38">
        <w:rPr>
          <w:rFonts w:eastAsia="Helvetica" w:cs="Helvetica"/>
          <w:szCs w:val="21"/>
        </w:rPr>
        <w:t>kesaj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kohe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shfrytëzuar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Ndërsa</w:t>
      </w:r>
      <w:proofErr w:type="spellEnd"/>
      <w:r w:rsidR="00325A38">
        <w:rPr>
          <w:rFonts w:eastAsia="Helvetica" w:cs="Helvetica"/>
          <w:szCs w:val="21"/>
        </w:rPr>
        <w:t xml:space="preserve"> Yugo 2 </w:t>
      </w:r>
      <w:proofErr w:type="spellStart"/>
      <w:r w:rsidR="00325A38">
        <w:rPr>
          <w:rFonts w:eastAsia="Helvetica" w:cs="Helvetica"/>
          <w:szCs w:val="21"/>
        </w:rPr>
        <w:t>viti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prodhimit</w:t>
      </w:r>
      <w:proofErr w:type="spellEnd"/>
      <w:r w:rsidR="00325A38">
        <w:rPr>
          <w:rFonts w:eastAsia="Helvetica" w:cs="Helvetica"/>
          <w:szCs w:val="21"/>
        </w:rPr>
        <w:t xml:space="preserve"> 1998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qene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funksional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Automobilat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janë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Vërejtje</w:t>
      </w:r>
      <w:proofErr w:type="spellEnd"/>
      <w:r w:rsidR="00325A38">
        <w:rPr>
          <w:rFonts w:eastAsia="Helvetica" w:cs="Helvetica"/>
          <w:szCs w:val="21"/>
        </w:rPr>
        <w:t xml:space="preserve">: </w:t>
      </w:r>
      <w:proofErr w:type="spellStart"/>
      <w:r w:rsidR="00325A38">
        <w:rPr>
          <w:rFonts w:eastAsia="Helvetica" w:cs="Helvetica"/>
          <w:szCs w:val="21"/>
        </w:rPr>
        <w:t>Lidhur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gjendjen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teknike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automobilave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mbetet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përgjegjësi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ofertuesve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potencial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bëjnë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hulumtimet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nevojshme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BAB977B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95B8E5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Asetet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Luajtshme</w:t>
            </w:r>
            <w:proofErr w:type="spellEnd"/>
          </w:p>
        </w:tc>
        <w:tc>
          <w:tcPr>
            <w:tcW w:w="3026" w:type="dxa"/>
            <w:vAlign w:val="center"/>
          </w:tcPr>
          <w:p w14:paraId="6870246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N/A</w:t>
            </w:r>
          </w:p>
        </w:tc>
        <w:tc>
          <w:tcPr>
            <w:tcW w:w="3026" w:type="dxa"/>
            <w:vAlign w:val="center"/>
          </w:tcPr>
          <w:p w14:paraId="31314ED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10DF14B1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: Veterinary Station-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Rahovec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41/81</w:t>
      </w:r>
    </w:p>
    <w:p w14:paraId="592976F5" w14:textId="77777777" w:rsidR="00862A5C" w:rsidRDefault="004C506B">
      <w:pPr>
        <w:keepNext/>
        <w:keepLines/>
        <w:jc w:val="both"/>
      </w:pPr>
      <w:hyperlink r:id="rId50" w:tooltip="Hap memorandumin e Njësisë 037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nr.37: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Sharrprodhimi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,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Shitorja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fshatin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Kuk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vetëm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shitoren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përdhese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ndërtesës</w:t>
      </w:r>
      <w:proofErr w:type="spellEnd"/>
      <w:r w:rsidR="00325A38">
        <w:rPr>
          <w:rFonts w:eastAsia="Helvetica" w:cs="Helvetica"/>
          <w:szCs w:val="21"/>
        </w:rPr>
        <w:t xml:space="preserve"> P+1 me </w:t>
      </w:r>
      <w:proofErr w:type="spellStart"/>
      <w:r w:rsidR="00325A38">
        <w:rPr>
          <w:rFonts w:eastAsia="Helvetica" w:cs="Helvetica"/>
          <w:szCs w:val="21"/>
        </w:rPr>
        <w:t>një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134 m² e </w:t>
      </w:r>
      <w:proofErr w:type="spellStart"/>
      <w:r w:rsidR="00325A38">
        <w:rPr>
          <w:rFonts w:eastAsia="Helvetica" w:cs="Helvetica"/>
          <w:szCs w:val="21"/>
        </w:rPr>
        <w:t>cila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fshatin</w:t>
      </w:r>
      <w:proofErr w:type="spellEnd"/>
      <w:r w:rsidR="00325A38">
        <w:rPr>
          <w:rFonts w:eastAsia="Helvetica" w:cs="Helvetica"/>
          <w:szCs w:val="21"/>
        </w:rPr>
        <w:t xml:space="preserve"> Kuk, e </w:t>
      </w:r>
      <w:proofErr w:type="spellStart"/>
      <w:r w:rsidR="00325A38">
        <w:rPr>
          <w:rFonts w:eastAsia="Helvetica" w:cs="Helvetica"/>
          <w:szCs w:val="21"/>
        </w:rPr>
        <w:t>ndërtuar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NSh</w:t>
      </w:r>
      <w:proofErr w:type="spellEnd"/>
      <w:r w:rsidR="00325A38">
        <w:rPr>
          <w:rFonts w:eastAsia="Helvetica" w:cs="Helvetica"/>
          <w:szCs w:val="21"/>
        </w:rPr>
        <w:t xml:space="preserve">-ja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422-0 - ZK Kuk,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Dragashit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Objekti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cilin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shitorja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ndërtim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fortë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etazhitetin</w:t>
      </w:r>
      <w:proofErr w:type="spellEnd"/>
      <w:r w:rsidR="00325A38">
        <w:rPr>
          <w:rFonts w:eastAsia="Helvetica" w:cs="Helvetica"/>
          <w:szCs w:val="21"/>
        </w:rPr>
        <w:t xml:space="preserve"> P+1.Vetëm P+0 </w:t>
      </w:r>
      <w:proofErr w:type="spellStart"/>
      <w:r w:rsidR="00325A38">
        <w:rPr>
          <w:rFonts w:eastAsia="Helvetica" w:cs="Helvetica"/>
          <w:szCs w:val="21"/>
        </w:rPr>
        <w:t>ku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shitorja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Janë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bërë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matjet</w:t>
      </w:r>
      <w:proofErr w:type="spellEnd"/>
      <w:r w:rsidR="00325A38">
        <w:rPr>
          <w:rFonts w:eastAsia="Helvetica" w:cs="Helvetica"/>
          <w:szCs w:val="21"/>
        </w:rPr>
        <w:t xml:space="preserve"> interne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AKP-ja me </w:t>
      </w:r>
      <w:proofErr w:type="spellStart"/>
      <w:r w:rsidR="00325A38">
        <w:rPr>
          <w:rFonts w:eastAsia="Helvetica" w:cs="Helvetica"/>
          <w:szCs w:val="21"/>
        </w:rPr>
        <w:t>shirit</w:t>
      </w:r>
      <w:proofErr w:type="spellEnd"/>
      <w:r w:rsidR="00325A38">
        <w:rPr>
          <w:rFonts w:eastAsia="Helvetica" w:cs="Helvetica"/>
          <w:szCs w:val="21"/>
        </w:rPr>
        <w:t xml:space="preserve">-meter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gabaritit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objektit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shitorja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rezultat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këtyre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matjeve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kemi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rreth</w:t>
      </w:r>
      <w:proofErr w:type="spellEnd"/>
      <w:r w:rsidR="00325A38">
        <w:rPr>
          <w:rFonts w:eastAsia="Helvetica" w:cs="Helvetica"/>
          <w:szCs w:val="21"/>
        </w:rPr>
        <w:t xml:space="preserve"> 134 m².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shitorja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etazhi</w:t>
      </w:r>
      <w:proofErr w:type="spellEnd"/>
      <w:r w:rsidR="00325A38">
        <w:rPr>
          <w:rFonts w:eastAsia="Helvetica" w:cs="Helvetica"/>
          <w:szCs w:val="21"/>
        </w:rPr>
        <w:t xml:space="preserve"> P+1 i </w:t>
      </w:r>
      <w:proofErr w:type="spellStart"/>
      <w:r w:rsidR="00325A38">
        <w:rPr>
          <w:rFonts w:eastAsia="Helvetica" w:cs="Helvetica"/>
          <w:szCs w:val="21"/>
        </w:rPr>
        <w:t>objektit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cilin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shitorja</w:t>
      </w:r>
      <w:proofErr w:type="spellEnd"/>
      <w:r w:rsidR="00325A38">
        <w:rPr>
          <w:rFonts w:eastAsia="Helvetica" w:cs="Helvetica"/>
          <w:szCs w:val="21"/>
        </w:rPr>
        <w:t xml:space="preserve"> NUK </w:t>
      </w:r>
      <w:proofErr w:type="spellStart"/>
      <w:r w:rsidR="00325A38">
        <w:rPr>
          <w:rFonts w:eastAsia="Helvetica" w:cs="Helvetica"/>
          <w:szCs w:val="21"/>
        </w:rPr>
        <w:t>janë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kësaj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ndërtesa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Komunës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Dragashit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6028097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26C578B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Lokal</w:t>
            </w:r>
            <w:proofErr w:type="spellEnd"/>
          </w:p>
        </w:tc>
        <w:tc>
          <w:tcPr>
            <w:tcW w:w="3026" w:type="dxa"/>
            <w:vAlign w:val="center"/>
          </w:tcPr>
          <w:p w14:paraId="00B5951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272 €/m²</w:t>
            </w:r>
          </w:p>
        </w:tc>
        <w:tc>
          <w:tcPr>
            <w:tcW w:w="3026" w:type="dxa"/>
            <w:vAlign w:val="center"/>
          </w:tcPr>
          <w:p w14:paraId="5124A60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4,000 €</w:t>
            </w:r>
          </w:p>
        </w:tc>
      </w:tr>
    </w:tbl>
    <w:p w14:paraId="290BCD37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Sharrprodhimi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302/89</w:t>
      </w:r>
    </w:p>
    <w:p w14:paraId="44CC7ED6" w14:textId="77777777" w:rsidR="00862A5C" w:rsidRDefault="004C506B">
      <w:pPr>
        <w:keepNext/>
        <w:keepLines/>
        <w:jc w:val="both"/>
      </w:pPr>
      <w:hyperlink r:id="rId51" w:tooltip="Hap memorandumin e Njësisë 038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nr.38: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Sharrprodhimi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,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Shitorja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fshatin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Baçkë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lokalin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afarist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60 m² e </w:t>
      </w:r>
      <w:proofErr w:type="spellStart"/>
      <w:r w:rsidR="00325A38">
        <w:rPr>
          <w:rFonts w:eastAsia="Helvetica" w:cs="Helvetica"/>
          <w:szCs w:val="21"/>
        </w:rPr>
        <w:t>cila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fshatin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Baçkë</w:t>
      </w:r>
      <w:proofErr w:type="spellEnd"/>
      <w:r w:rsidR="00325A38">
        <w:rPr>
          <w:rFonts w:eastAsia="Helvetica" w:cs="Helvetica"/>
          <w:szCs w:val="21"/>
        </w:rPr>
        <w:t xml:space="preserve">, e </w:t>
      </w:r>
      <w:proofErr w:type="spellStart"/>
      <w:r w:rsidR="00325A38">
        <w:rPr>
          <w:rFonts w:eastAsia="Helvetica" w:cs="Helvetica"/>
          <w:szCs w:val="21"/>
        </w:rPr>
        <w:t>ndërtuar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NSh</w:t>
      </w:r>
      <w:proofErr w:type="spellEnd"/>
      <w:r w:rsidR="00325A38">
        <w:rPr>
          <w:rFonts w:eastAsia="Helvetica" w:cs="Helvetica"/>
          <w:szCs w:val="21"/>
        </w:rPr>
        <w:t xml:space="preserve">-ja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334-0 - ZK </w:t>
      </w:r>
      <w:proofErr w:type="spellStart"/>
      <w:r w:rsidR="00325A38">
        <w:rPr>
          <w:rFonts w:eastAsia="Helvetica" w:cs="Helvetica"/>
          <w:szCs w:val="21"/>
        </w:rPr>
        <w:t>Baçkë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Dragashit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Lokali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shitjes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këtë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Njësi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334-0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Baçkë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Dragash</w:t>
      </w:r>
      <w:proofErr w:type="spellEnd"/>
      <w:r w:rsidR="00325A38">
        <w:rPr>
          <w:rFonts w:eastAsia="Helvetica" w:cs="Helvetica"/>
          <w:szCs w:val="21"/>
        </w:rPr>
        <w:t xml:space="preserve">, i </w:t>
      </w:r>
      <w:proofErr w:type="spellStart"/>
      <w:r w:rsidR="00325A38">
        <w:rPr>
          <w:rFonts w:eastAsia="Helvetica" w:cs="Helvetica"/>
          <w:szCs w:val="21"/>
        </w:rPr>
        <w:t>cili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etazhitetin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pëdhesë</w:t>
      </w:r>
      <w:proofErr w:type="spellEnd"/>
      <w:r w:rsidR="00325A38">
        <w:rPr>
          <w:rFonts w:eastAsia="Helvetica" w:cs="Helvetica"/>
          <w:szCs w:val="21"/>
        </w:rPr>
        <w:t xml:space="preserve"> (P+0). </w:t>
      </w:r>
      <w:proofErr w:type="spellStart"/>
      <w:r w:rsidR="00325A38">
        <w:rPr>
          <w:rFonts w:eastAsia="Helvetica" w:cs="Helvetica"/>
          <w:szCs w:val="21"/>
        </w:rPr>
        <w:t>Lokali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fjalë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qendër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fshatit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Sipas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gjendjes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faktike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lokali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fjalë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Sipërfaqja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objektit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S=60 m².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lokali</w:t>
      </w:r>
      <w:proofErr w:type="spellEnd"/>
      <w:r w:rsidR="00325A38">
        <w:rPr>
          <w:rFonts w:eastAsia="Helvetica" w:cs="Helvetica"/>
          <w:szCs w:val="21"/>
        </w:rPr>
        <w:t xml:space="preserve"> NUK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kësaj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regjistruara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Komunës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Dragashit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613FF75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742AB8F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Lokal</w:t>
            </w:r>
            <w:proofErr w:type="spellEnd"/>
          </w:p>
        </w:tc>
        <w:tc>
          <w:tcPr>
            <w:tcW w:w="3026" w:type="dxa"/>
            <w:vAlign w:val="center"/>
          </w:tcPr>
          <w:p w14:paraId="2608060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312 €/m²</w:t>
            </w:r>
          </w:p>
        </w:tc>
        <w:tc>
          <w:tcPr>
            <w:tcW w:w="3026" w:type="dxa"/>
            <w:vAlign w:val="center"/>
          </w:tcPr>
          <w:p w14:paraId="1CDAEF1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2,000 €</w:t>
            </w:r>
          </w:p>
        </w:tc>
      </w:tr>
    </w:tbl>
    <w:p w14:paraId="183BEFC4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Sharrprodhimi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302/89</w:t>
      </w:r>
    </w:p>
    <w:p w14:paraId="4E69F7E3" w14:textId="77777777" w:rsidR="00862A5C" w:rsidRDefault="004C506B">
      <w:pPr>
        <w:keepNext/>
        <w:keepLines/>
        <w:jc w:val="both"/>
      </w:pPr>
      <w:hyperlink r:id="rId52" w:tooltip="Hap memorandumin e Njësisë 039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nr.39: 25 Maji,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Shitorja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fshatin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Kastërc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,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Suharekë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lokalin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afarist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124.6 m²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fshatin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Kastërc</w:t>
      </w:r>
      <w:proofErr w:type="spellEnd"/>
      <w:r w:rsidR="00325A38">
        <w:rPr>
          <w:rFonts w:eastAsia="Helvetica" w:cs="Helvetica"/>
          <w:szCs w:val="21"/>
        </w:rPr>
        <w:t xml:space="preserve">, ZK </w:t>
      </w:r>
      <w:proofErr w:type="spellStart"/>
      <w:r w:rsidR="00325A38">
        <w:rPr>
          <w:rFonts w:eastAsia="Helvetica" w:cs="Helvetica"/>
          <w:szCs w:val="21"/>
        </w:rPr>
        <w:t>Kastërc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Suharekës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shitorja</w:t>
      </w:r>
      <w:proofErr w:type="spellEnd"/>
      <w:r w:rsidR="00325A38">
        <w:rPr>
          <w:rFonts w:eastAsia="Helvetica" w:cs="Helvetica"/>
          <w:szCs w:val="21"/>
        </w:rPr>
        <w:t xml:space="preserve"> NUK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kësaj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(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Komunës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Suharekës</w:t>
      </w:r>
      <w:proofErr w:type="spellEnd"/>
      <w:r w:rsidR="00325A38">
        <w:rPr>
          <w:rFonts w:eastAsia="Helvetica" w:cs="Helvetica"/>
          <w:szCs w:val="21"/>
        </w:rPr>
        <w:t>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679E426B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257967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Lokal</w:t>
            </w:r>
            <w:proofErr w:type="spellEnd"/>
          </w:p>
        </w:tc>
        <w:tc>
          <w:tcPr>
            <w:tcW w:w="3026" w:type="dxa"/>
            <w:vAlign w:val="center"/>
          </w:tcPr>
          <w:p w14:paraId="0533DBE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288 €/m²</w:t>
            </w:r>
          </w:p>
        </w:tc>
        <w:tc>
          <w:tcPr>
            <w:tcW w:w="3026" w:type="dxa"/>
            <w:vAlign w:val="center"/>
          </w:tcPr>
          <w:p w14:paraId="3188C94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4,000 €</w:t>
            </w:r>
          </w:p>
        </w:tc>
      </w:tr>
    </w:tbl>
    <w:p w14:paraId="3D66E15B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: 25 Maji, Fi. 366/89</w:t>
      </w:r>
    </w:p>
    <w:p w14:paraId="2EE03BC6" w14:textId="2BF6B545" w:rsidR="00862A5C" w:rsidRDefault="004C506B">
      <w:pPr>
        <w:keepNext/>
        <w:keepLines/>
        <w:jc w:val="both"/>
      </w:pPr>
      <w:hyperlink r:id="rId53" w:tooltip="Hap memorandumin e Njësisë 040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nr.40: NSH NB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Mirusha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1858-0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1879-0 -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Kijevë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Malishevë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419 m²,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</w:t>
      </w:r>
      <w:r w:rsidR="007A3025">
        <w:rPr>
          <w:rFonts w:eastAsia="Helvetica" w:cs="Helvetica"/>
          <w:szCs w:val="21"/>
        </w:rPr>
        <w:t>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: P-72310037-01858-0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316 m²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P-72310037-01879-0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103 m²,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"</w:t>
      </w:r>
      <w:proofErr w:type="spellStart"/>
      <w:r w:rsidR="00325A38">
        <w:rPr>
          <w:rFonts w:eastAsia="Helvetica" w:cs="Helvetica"/>
          <w:szCs w:val="21"/>
        </w:rPr>
        <w:t>shtëpi-ndërtesë</w:t>
      </w:r>
      <w:proofErr w:type="spellEnd"/>
      <w:r w:rsidR="00325A38">
        <w:rPr>
          <w:rFonts w:eastAsia="Helvetica" w:cs="Helvetica"/>
          <w:szCs w:val="21"/>
        </w:rPr>
        <w:t xml:space="preserve">",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Kijevë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Malishevë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Shënim</w:t>
      </w:r>
      <w:proofErr w:type="spellEnd"/>
      <w:r w:rsidR="00325A38">
        <w:rPr>
          <w:rFonts w:eastAsia="Helvetica" w:cs="Helvetica"/>
          <w:szCs w:val="21"/>
        </w:rPr>
        <w:t xml:space="preserve">: </w:t>
      </w:r>
      <w:proofErr w:type="spellStart"/>
      <w:r w:rsidR="00325A38">
        <w:rPr>
          <w:rFonts w:eastAsia="Helvetica" w:cs="Helvetica"/>
          <w:szCs w:val="21"/>
        </w:rPr>
        <w:t>Sipas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vizitës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terren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konstatuar</w:t>
      </w:r>
      <w:proofErr w:type="spellEnd"/>
      <w:r w:rsidR="00325A38">
        <w:rPr>
          <w:rFonts w:eastAsia="Helvetica" w:cs="Helvetica"/>
          <w:szCs w:val="21"/>
        </w:rPr>
        <w:t xml:space="preserve"> se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terren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ekziston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ndonjë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objekt</w:t>
      </w:r>
      <w:proofErr w:type="spellEnd"/>
      <w:r w:rsidR="00325A38">
        <w:rPr>
          <w:rFonts w:eastAsia="Helvetica" w:cs="Helvetica"/>
          <w:szCs w:val="21"/>
        </w:rPr>
        <w:t xml:space="preserve"> por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punuar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vendin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quajtur</w:t>
      </w:r>
      <w:proofErr w:type="spellEnd"/>
      <w:r w:rsidR="00325A38">
        <w:rPr>
          <w:rFonts w:eastAsia="Helvetica" w:cs="Helvetica"/>
          <w:szCs w:val="21"/>
        </w:rPr>
        <w:t xml:space="preserve"> "</w:t>
      </w:r>
      <w:proofErr w:type="spellStart"/>
      <w:r w:rsidR="00325A38">
        <w:rPr>
          <w:rFonts w:eastAsia="Helvetica" w:cs="Helvetica"/>
          <w:szCs w:val="21"/>
        </w:rPr>
        <w:t>Progonice-Shtalla</w:t>
      </w:r>
      <w:proofErr w:type="spellEnd"/>
      <w:r w:rsidR="00325A38">
        <w:rPr>
          <w:rFonts w:eastAsia="Helvetica" w:cs="Helvetica"/>
          <w:szCs w:val="21"/>
        </w:rPr>
        <w:t>".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229E571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B61DAF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241B27B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1,500 €/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40CFE25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1C53D361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Mirusha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Fi.514/89</w:t>
      </w:r>
    </w:p>
    <w:p w14:paraId="56E0F3FA" w14:textId="77777777" w:rsidR="00862A5C" w:rsidRDefault="004C506B">
      <w:pPr>
        <w:keepNext/>
        <w:keepLines/>
        <w:jc w:val="both"/>
      </w:pPr>
      <w:hyperlink r:id="rId54" w:tooltip="Hap memorandumin e Njësisë 041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nr.41: NSH NB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Mirusha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1994-0 -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Kijevë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Malishevë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P-72310037-01994-0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"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kl.5",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2,799 m²,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Kijevë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Malishevë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6C7956D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EFC901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A30AD2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1,500 €/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086E9E9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4,000 €</w:t>
            </w:r>
          </w:p>
        </w:tc>
      </w:tr>
    </w:tbl>
    <w:p w14:paraId="01BC2668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Mirusha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Fi.514/89</w:t>
      </w:r>
    </w:p>
    <w:p w14:paraId="2A1A12EA" w14:textId="77777777" w:rsidR="00862A5C" w:rsidRDefault="004C506B">
      <w:pPr>
        <w:keepNext/>
        <w:keepLines/>
        <w:jc w:val="both"/>
      </w:pPr>
      <w:hyperlink r:id="rId55" w:tooltip="Hap memorandumin e Njësisë 042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nr.42: NSH NBI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495-3 -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Xërxë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Xërxë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P-71510033-00495-3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4,534 m² (45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34 m²) (</w:t>
      </w:r>
      <w:proofErr w:type="spellStart"/>
      <w:r w:rsidR="00325A38">
        <w:rPr>
          <w:rFonts w:eastAsia="Helvetica" w:cs="Helvetica"/>
          <w:szCs w:val="21"/>
        </w:rPr>
        <w:t>vreshtë</w:t>
      </w:r>
      <w:proofErr w:type="spellEnd"/>
      <w:r w:rsidR="00325A38">
        <w:rPr>
          <w:rFonts w:eastAsia="Helvetica" w:cs="Helvetica"/>
          <w:szCs w:val="21"/>
        </w:rPr>
        <w:t xml:space="preserve"> kl.2), e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763D0A9C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554582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FC6A30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2,700 €/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12698C6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6,000 €</w:t>
            </w:r>
          </w:p>
        </w:tc>
      </w:tr>
    </w:tbl>
    <w:p w14:paraId="1ECCFAC9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Rahoveci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Fi-492/89, Fi -1764/92</w:t>
      </w:r>
    </w:p>
    <w:p w14:paraId="38BDAB17" w14:textId="08838AAE" w:rsidR="00862A5C" w:rsidRDefault="004C506B">
      <w:pPr>
        <w:keepNext/>
        <w:keepLines/>
        <w:jc w:val="both"/>
      </w:pPr>
      <w:hyperlink r:id="rId56" w:tooltip="Hap memorandumin e Njësisë 043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nr.43: NBI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2148-0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2163-0 -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Ratkoc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,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4,222 m² </w:t>
      </w:r>
      <w:r w:rsidR="00907899">
        <w:rPr>
          <w:rFonts w:eastAsia="Helvetica" w:cs="Helvetica"/>
          <w:szCs w:val="21"/>
        </w:rPr>
        <w:t>(</w:t>
      </w:r>
      <w:r w:rsidR="00907899">
        <w:t xml:space="preserve">42 </w:t>
      </w:r>
      <w:proofErr w:type="spellStart"/>
      <w:r w:rsidR="00907899">
        <w:t>ari</w:t>
      </w:r>
      <w:proofErr w:type="spellEnd"/>
      <w:r w:rsidR="00907899">
        <w:t xml:space="preserve"> 22 m²)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Ratkoc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Rahovec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P-71510068-02148-0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3,234 m² (32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34 m²)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kl.6)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P-71510068-02163-0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988 m² (9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88 m²)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kl.5), </w:t>
      </w:r>
      <w:proofErr w:type="spellStart"/>
      <w:r w:rsidR="00325A38">
        <w:rPr>
          <w:rFonts w:eastAsia="Helvetica" w:cs="Helvetica"/>
          <w:szCs w:val="21"/>
        </w:rPr>
        <w:t>prona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regjistruara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F00BBDB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F59626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321DDF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168 €/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454D3BE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1A33995A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Rahoveci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Fi-492/89, Fi -1764/92</w:t>
      </w:r>
    </w:p>
    <w:p w14:paraId="488ECE89" w14:textId="53091690" w:rsidR="00862A5C" w:rsidRDefault="004C506B">
      <w:pPr>
        <w:keepNext/>
        <w:keepLines/>
        <w:jc w:val="both"/>
      </w:pPr>
      <w:hyperlink r:id="rId57" w:tooltip="Hap memorandumin e Njësisë 044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nr.44: NSH DLB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646-0 -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Atmaxhë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Prizren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Atmagjë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P-71813001-00646-0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6,391 m</w:t>
      </w:r>
      <w:proofErr w:type="gramStart"/>
      <w:r w:rsidR="00325A38">
        <w:rPr>
          <w:rFonts w:eastAsia="Helvetica" w:cs="Helvetica"/>
          <w:szCs w:val="21"/>
        </w:rPr>
        <w:t xml:space="preserve">² </w:t>
      </w:r>
      <w:r w:rsidR="001939C3">
        <w:rPr>
          <w:rFonts w:eastAsia="Helvetica" w:cs="Helvetica"/>
          <w:szCs w:val="21"/>
        </w:rPr>
        <w:t xml:space="preserve"> (</w:t>
      </w:r>
      <w:proofErr w:type="gramEnd"/>
      <w:r w:rsidR="001939C3">
        <w:t xml:space="preserve">63 </w:t>
      </w:r>
      <w:proofErr w:type="spellStart"/>
      <w:r w:rsidR="001939C3">
        <w:t>ari</w:t>
      </w:r>
      <w:proofErr w:type="spellEnd"/>
      <w:r w:rsidR="001939C3">
        <w:t xml:space="preserve"> 91m²</w:t>
      </w:r>
      <w:r w:rsidR="001939C3">
        <w:rPr>
          <w:rFonts w:eastAsia="Helvetica" w:cs="Helvetica"/>
          <w:szCs w:val="21"/>
        </w:rPr>
        <w:t xml:space="preserve"> ) </w:t>
      </w:r>
      <w:r w:rsidR="00325A38">
        <w:rPr>
          <w:rFonts w:eastAsia="Helvetica" w:cs="Helvetica"/>
          <w:szCs w:val="21"/>
        </w:rPr>
        <w:t>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kl.5) e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664124BE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29964A7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5B48CC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3,600 €/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A889EC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12,000 €</w:t>
            </w:r>
          </w:p>
        </w:tc>
      </w:tr>
    </w:tbl>
    <w:p w14:paraId="6C2B7A0B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D.L.B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Lavërtari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Blegtori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Fi.698/89 &amp; Fi.704/89</w:t>
      </w:r>
    </w:p>
    <w:p w14:paraId="5AF5DCD9" w14:textId="77777777" w:rsidR="00862A5C" w:rsidRDefault="004C506B">
      <w:pPr>
        <w:keepNext/>
        <w:keepLines/>
        <w:jc w:val="both"/>
      </w:pPr>
      <w:hyperlink r:id="rId58" w:tooltip="Hap memorandumin e Njësisë 045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nr.45: NSH DLB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5770-3 -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Prizren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Prizren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P-71813068-05770-3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3,038 m² (30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38 m²)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kl.3) e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5526040E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25265D8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BDFD99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3,600 €/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5AA665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5,000 €</w:t>
            </w:r>
          </w:p>
        </w:tc>
      </w:tr>
    </w:tbl>
    <w:p w14:paraId="2E767A1C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D.L.B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Lavërtari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Blegtori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Fi.698/89 &amp; Fi.704/89</w:t>
      </w:r>
    </w:p>
    <w:p w14:paraId="123742AA" w14:textId="77777777" w:rsidR="00862A5C" w:rsidRDefault="004C506B">
      <w:pPr>
        <w:keepNext/>
        <w:keepLines/>
        <w:jc w:val="both"/>
      </w:pPr>
      <w:hyperlink r:id="rId59" w:tooltip="Hap memorandumin e Njësisë 046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nr.46: NSH NBI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1491-0 -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Radostë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Radostë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P-71510067-01491-0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569 m² (5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69 m²)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kl.5) e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5CE83289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D0539F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C8D9A2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280 €/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F5F0FA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52E7ACCD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Rahoveci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Fi-492/89, Fi -1764/92</w:t>
      </w:r>
    </w:p>
    <w:p w14:paraId="1CDD180E" w14:textId="77777777" w:rsidR="00862A5C" w:rsidRDefault="004C506B">
      <w:pPr>
        <w:keepNext/>
        <w:keepLines/>
        <w:jc w:val="both"/>
      </w:pPr>
      <w:hyperlink r:id="rId60" w:tooltip="Hap memorandumin e Njësisë 047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nr.47: NSH NBI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1508-0 -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Radostë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Radostë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P-71510067-01508-0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1,713 m² (17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13 m²)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kl.6) e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713C8C20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8F093E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0679F7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280 €/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25DBD8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3AD8AEA5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Rahoveci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Fi-492/89, Fi -1764/92</w:t>
      </w:r>
    </w:p>
    <w:p w14:paraId="25B0D612" w14:textId="3F906C51" w:rsidR="00862A5C" w:rsidRDefault="004C506B">
      <w:pPr>
        <w:keepNext/>
        <w:keepLines/>
        <w:jc w:val="both"/>
      </w:pPr>
      <w:hyperlink r:id="rId61" w:tooltip="Hap memorandumin e Njësisë 048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nr.48: NSH NBI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1546-0, 1547-0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1588-0 -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Ratkoc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3,874 m² (38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74 m²),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Ratkoc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Rahovec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</w:t>
      </w:r>
      <w:r w:rsidR="00D65FDA">
        <w:rPr>
          <w:rFonts w:eastAsia="Helvetica" w:cs="Helvetica"/>
          <w:szCs w:val="21"/>
        </w:rPr>
        <w:t>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P-71510068-01546-0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1,408 m²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kl.2), P-71510068-01547-0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1,508 m²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kl.2),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P-71510068-01588-0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958 m²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kl.2), </w:t>
      </w:r>
      <w:proofErr w:type="spellStart"/>
      <w:r w:rsidR="00325A38">
        <w:rPr>
          <w:rFonts w:eastAsia="Helvetica" w:cs="Helvetica"/>
          <w:szCs w:val="21"/>
        </w:rPr>
        <w:t>prona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regjistruara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2E27B7F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C113A1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BEF78F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1,440 €/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D00CDC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6,000 €</w:t>
            </w:r>
          </w:p>
        </w:tc>
      </w:tr>
    </w:tbl>
    <w:p w14:paraId="65A87FE4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Rahoveci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Fi-492/89, Fi -1764/92</w:t>
      </w:r>
    </w:p>
    <w:p w14:paraId="0C3F35FB" w14:textId="77777777" w:rsidR="00862A5C" w:rsidRDefault="004C506B">
      <w:pPr>
        <w:keepNext/>
        <w:keepLines/>
        <w:jc w:val="both"/>
      </w:pPr>
      <w:hyperlink r:id="rId62" w:tooltip="Hap memorandumin e Njësisë 049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nr.49: NSH NBI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495-7 -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Xërxë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Xërxë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P-71510033-00495-7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3,230 m² (32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30 m²) (</w:t>
      </w:r>
      <w:proofErr w:type="spellStart"/>
      <w:r w:rsidR="00325A38">
        <w:rPr>
          <w:rFonts w:eastAsia="Helvetica" w:cs="Helvetica"/>
          <w:szCs w:val="21"/>
        </w:rPr>
        <w:t>vreshtë</w:t>
      </w:r>
      <w:proofErr w:type="spellEnd"/>
      <w:r w:rsidR="00325A38">
        <w:rPr>
          <w:rFonts w:eastAsia="Helvetica" w:cs="Helvetica"/>
          <w:szCs w:val="21"/>
        </w:rPr>
        <w:t xml:space="preserve"> kl.2) e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DBA2DC8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7006A41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9D1F24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1,440 €/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164770A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5,000 €</w:t>
            </w:r>
          </w:p>
        </w:tc>
      </w:tr>
    </w:tbl>
    <w:p w14:paraId="7A7B2D71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Rahoveci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Fi-492/89, Fi -1764/92</w:t>
      </w:r>
    </w:p>
    <w:p w14:paraId="628B3572" w14:textId="77777777" w:rsidR="00862A5C" w:rsidRDefault="004C506B">
      <w:pPr>
        <w:keepNext/>
        <w:keepLines/>
        <w:jc w:val="both"/>
      </w:pPr>
      <w:hyperlink r:id="rId63" w:tooltip="Hap memorandumin e Njësisë 050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nr.50: NSH NBI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1154-1 -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Dejnë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Dejnë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71510018-01154-1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5,033 m² (50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33 m²)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kl.5) e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5F094925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18E37C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17FD725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1,440 €/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118C9F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7,000 €</w:t>
            </w:r>
          </w:p>
        </w:tc>
      </w:tr>
    </w:tbl>
    <w:p w14:paraId="0247FBAB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Rahoveci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Fi-492/89, Fi -1764/92</w:t>
      </w:r>
    </w:p>
    <w:p w14:paraId="1E8E7FD4" w14:textId="77777777" w:rsidR="00862A5C" w:rsidRDefault="004C506B">
      <w:pPr>
        <w:keepNext/>
        <w:keepLines/>
        <w:jc w:val="both"/>
      </w:pPr>
      <w:hyperlink r:id="rId64" w:tooltip="Hap memorandumin e Njësisë 051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nr.51: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NBI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6-0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7-0 -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Potoçan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Epërm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përgjitshme</w:t>
      </w:r>
      <w:proofErr w:type="spellEnd"/>
      <w:r w:rsidR="00325A38">
        <w:rPr>
          <w:rFonts w:eastAsia="Helvetica" w:cs="Helvetica"/>
          <w:szCs w:val="21"/>
        </w:rPr>
        <w:t xml:space="preserve"> 1,746 m² (17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46 m²)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Potoçan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Epërm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P-71510024-00006-0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1,525 m² (15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25 m²)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P-71510024-00007-0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221 m² (2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21 m²) (</w:t>
      </w:r>
      <w:proofErr w:type="spellStart"/>
      <w:r w:rsidR="00325A38">
        <w:rPr>
          <w:rFonts w:eastAsia="Helvetica" w:cs="Helvetica"/>
          <w:szCs w:val="21"/>
        </w:rPr>
        <w:t>vreshtë</w:t>
      </w:r>
      <w:proofErr w:type="spellEnd"/>
      <w:r w:rsidR="00325A38">
        <w:rPr>
          <w:rFonts w:eastAsia="Helvetica" w:cs="Helvetica"/>
          <w:szCs w:val="21"/>
        </w:rPr>
        <w:t xml:space="preserve"> kl.3) e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A0A5864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BCA9E0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71DD50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1E83316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3,000 €</w:t>
            </w:r>
          </w:p>
        </w:tc>
      </w:tr>
    </w:tbl>
    <w:p w14:paraId="69EDBB5C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Rahoveci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Fi-492/89, Fi -1764/92</w:t>
      </w:r>
    </w:p>
    <w:p w14:paraId="603999C1" w14:textId="63CC41DB" w:rsidR="00862A5C" w:rsidRDefault="004C506B">
      <w:pPr>
        <w:keepNext/>
        <w:keepLines/>
        <w:jc w:val="both"/>
      </w:pPr>
      <w:hyperlink r:id="rId65" w:tooltip="Hap memorandumin e Njësisë 052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nr.52: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NBI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114-0 -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Potoçan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Epërm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</w:t>
        </w:r>
      </w:hyperlink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Potoçan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ep</w:t>
      </w:r>
      <w:r w:rsidR="00F22C3E">
        <w:rPr>
          <w:rFonts w:eastAsia="Helvetica" w:cs="Helvetica"/>
          <w:szCs w:val="21"/>
        </w:rPr>
        <w:t>ë</w:t>
      </w:r>
      <w:r w:rsidR="00325A38">
        <w:rPr>
          <w:rFonts w:eastAsia="Helvetica" w:cs="Helvetica"/>
          <w:szCs w:val="21"/>
        </w:rPr>
        <w:t>rm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P-71510024-00114-0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3,337 m² (33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37 m²)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kl.3) e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1E1CD4C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CCC591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6682378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C99C33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7,000 €</w:t>
            </w:r>
          </w:p>
        </w:tc>
      </w:tr>
    </w:tbl>
    <w:p w14:paraId="6E8DB3AC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Rahoveci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Fi-492/89, Fi -1764/92</w:t>
      </w:r>
    </w:p>
    <w:p w14:paraId="4D32D03C" w14:textId="14F1FA75" w:rsidR="00862A5C" w:rsidRDefault="004C506B">
      <w:pPr>
        <w:keepNext/>
        <w:keepLines/>
        <w:jc w:val="both"/>
      </w:pPr>
      <w:hyperlink r:id="rId66" w:tooltip="Hap memorandumin e Njësisë 053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nr.53: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NBI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363-0, 366-0, 367-0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391-0 -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Ratkoc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</w:t>
        </w:r>
      </w:hyperlink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2,336 m² (23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36 m²)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Ratkoc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Rahovec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P-71510068-00363-0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1,076 m² (</w:t>
      </w:r>
      <w:proofErr w:type="spellStart"/>
      <w:r w:rsidR="00325A38">
        <w:rPr>
          <w:rFonts w:eastAsia="Helvetica" w:cs="Helvetica"/>
          <w:szCs w:val="21"/>
        </w:rPr>
        <w:t>vreshtë</w:t>
      </w:r>
      <w:proofErr w:type="spellEnd"/>
      <w:r w:rsidR="00325A38">
        <w:rPr>
          <w:rFonts w:eastAsia="Helvetica" w:cs="Helvetica"/>
          <w:szCs w:val="21"/>
        </w:rPr>
        <w:t xml:space="preserve"> kl.3), P-71510068-00366-0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350 m² (</w:t>
      </w:r>
      <w:proofErr w:type="spellStart"/>
      <w:r w:rsidR="00325A38">
        <w:rPr>
          <w:rFonts w:eastAsia="Helvetica" w:cs="Helvetica"/>
          <w:szCs w:val="21"/>
        </w:rPr>
        <w:t>vreshtë</w:t>
      </w:r>
      <w:proofErr w:type="spellEnd"/>
      <w:r w:rsidR="00325A38">
        <w:rPr>
          <w:rFonts w:eastAsia="Helvetica" w:cs="Helvetica"/>
          <w:szCs w:val="21"/>
        </w:rPr>
        <w:t xml:space="preserve"> kl.3), P-71510068-00367-0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440 m² (</w:t>
      </w:r>
      <w:proofErr w:type="spellStart"/>
      <w:r w:rsidR="00325A38">
        <w:rPr>
          <w:rFonts w:eastAsia="Helvetica" w:cs="Helvetica"/>
          <w:szCs w:val="21"/>
        </w:rPr>
        <w:t>vreshtë</w:t>
      </w:r>
      <w:proofErr w:type="spellEnd"/>
      <w:r w:rsidR="00325A38">
        <w:rPr>
          <w:rFonts w:eastAsia="Helvetica" w:cs="Helvetica"/>
          <w:szCs w:val="21"/>
        </w:rPr>
        <w:t xml:space="preserve"> kl.3)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P-71510068-00391-0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470 m² (</w:t>
      </w:r>
      <w:proofErr w:type="spellStart"/>
      <w:r w:rsidR="00325A38">
        <w:rPr>
          <w:rFonts w:eastAsia="Helvetica" w:cs="Helvetica"/>
          <w:szCs w:val="21"/>
        </w:rPr>
        <w:t>vreshtë</w:t>
      </w:r>
      <w:proofErr w:type="spellEnd"/>
      <w:r w:rsidR="00325A38">
        <w:rPr>
          <w:rFonts w:eastAsia="Helvetica" w:cs="Helvetica"/>
          <w:szCs w:val="21"/>
        </w:rPr>
        <w:t xml:space="preserve"> kl.3), </w:t>
      </w:r>
      <w:proofErr w:type="spellStart"/>
      <w:r w:rsidR="00325A38">
        <w:rPr>
          <w:rFonts w:eastAsia="Helvetica" w:cs="Helvetica"/>
          <w:szCs w:val="21"/>
        </w:rPr>
        <w:t>prona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regjistruara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A38F624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16B664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03FEC3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224 €/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F55D0D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46476984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Rahoveci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Fi-492/89, Fi -1764/92</w:t>
      </w:r>
    </w:p>
    <w:p w14:paraId="3CA7CDC3" w14:textId="77777777" w:rsidR="00862A5C" w:rsidRDefault="004C506B">
      <w:pPr>
        <w:keepNext/>
        <w:keepLines/>
        <w:jc w:val="both"/>
      </w:pPr>
      <w:hyperlink r:id="rId67" w:tooltip="Hap memorandumin e Njësisë 054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nr.54: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NBI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424-0 -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Ratkoc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P-71510068-00424-0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6,284 m² (62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84 m²)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kl.5),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Ratkoc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Rahovec</w:t>
      </w:r>
      <w:proofErr w:type="spellEnd"/>
      <w:r w:rsidR="00325A38">
        <w:rPr>
          <w:rFonts w:eastAsia="Helvetica" w:cs="Helvetica"/>
          <w:szCs w:val="21"/>
        </w:rPr>
        <w:t xml:space="preserve">, e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559784BE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C8D7F6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2B5CF91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1,440 €/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8CCD86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9,000 €</w:t>
            </w:r>
          </w:p>
        </w:tc>
      </w:tr>
    </w:tbl>
    <w:p w14:paraId="30CC613D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Rahoveci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Fi-492/89, Fi -1764/92</w:t>
      </w:r>
    </w:p>
    <w:p w14:paraId="2BBB3070" w14:textId="77777777" w:rsidR="00862A5C" w:rsidRDefault="004C506B">
      <w:pPr>
        <w:keepNext/>
        <w:keepLines/>
        <w:jc w:val="both"/>
      </w:pPr>
      <w:hyperlink r:id="rId68" w:tooltip="Hap memorandumin e Njësisë 055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nr.55: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NBI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558-0 -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Ratkoc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P-71510068-00558-0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953 m² (9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53 m²)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kl.3),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Ratkoc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Rahovec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Prona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6255DAAB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73DF2E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2E9C8D4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1,440 €/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46E5360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12B2BA33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Rahoveci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Fi-492/89, Fi -1764/92</w:t>
      </w:r>
    </w:p>
    <w:p w14:paraId="6D9DF577" w14:textId="77777777" w:rsidR="00862A5C" w:rsidRDefault="004C506B">
      <w:pPr>
        <w:keepNext/>
        <w:keepLines/>
        <w:jc w:val="both"/>
      </w:pPr>
      <w:hyperlink r:id="rId69" w:tooltip="Hap memorandumin e Njësisë 056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nr.56: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297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320 -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Turjakë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Malishevë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2,835 m² (28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35 m²),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: P-72310076-00297-0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240 m²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"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kl.4"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P-72310076-00320-0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2,595 m²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"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kl.4",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Turjakë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Malishevë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646DE1DC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FDEC63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0684E0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304 €/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C85648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667EAF34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Mirusha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Fi.514/89</w:t>
      </w:r>
    </w:p>
    <w:p w14:paraId="25144884" w14:textId="77777777" w:rsidR="00862A5C" w:rsidRDefault="004C506B">
      <w:pPr>
        <w:keepNext/>
        <w:keepLines/>
        <w:jc w:val="both"/>
      </w:pPr>
      <w:hyperlink r:id="rId70" w:tooltip="Hap memorandumin e Njësisë 057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nr.57: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NBI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180-0 -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Vrajak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Vrajak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Rahovec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P-71510011-00180-0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3,600 m² (36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00 m²),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7), </w:t>
      </w:r>
      <w:proofErr w:type="spellStart"/>
      <w:r w:rsidR="00325A38">
        <w:rPr>
          <w:rFonts w:eastAsia="Helvetica" w:cs="Helvetica"/>
          <w:szCs w:val="21"/>
        </w:rPr>
        <w:t>prona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1DE7E06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62EB5A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18FB053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224 €/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10397A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3F956C3E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Rahoveci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Fi-492/89, Fi -1764/92</w:t>
      </w:r>
    </w:p>
    <w:p w14:paraId="62666BF9" w14:textId="77777777" w:rsidR="00862A5C" w:rsidRDefault="004C506B">
      <w:pPr>
        <w:keepNext/>
        <w:keepLines/>
        <w:jc w:val="both"/>
      </w:pPr>
      <w:hyperlink r:id="rId71" w:tooltip="Hap memorandumin e Njësisë 058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nr.58: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453-0 -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Turjakë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Malishevë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P-72310076-00453-0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"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kl.4",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5,429 m² (54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29 m²)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Turjakë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Malishevë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C30CBD2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E492D6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285FFBF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304 €/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055154D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2,000 €</w:t>
            </w:r>
          </w:p>
        </w:tc>
      </w:tr>
    </w:tbl>
    <w:p w14:paraId="1707F99A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Mirusha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Fi.514/89</w:t>
      </w:r>
    </w:p>
    <w:p w14:paraId="27FF5945" w14:textId="77777777" w:rsidR="00862A5C" w:rsidRDefault="004C506B">
      <w:pPr>
        <w:keepNext/>
        <w:keepLines/>
        <w:jc w:val="both"/>
      </w:pPr>
      <w:hyperlink r:id="rId72" w:tooltip="Hap memorandumin e Njësisë 059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nr.59: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464-0 -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Turjakë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Malishevë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P-72310076-00464-0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"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kl.4",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6,669 m² (66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69 m²),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Turjakë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Malishevë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5467FBEF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A107B1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354FF99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304 €/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82667C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2,000 €</w:t>
            </w:r>
          </w:p>
        </w:tc>
      </w:tr>
    </w:tbl>
    <w:p w14:paraId="3438D3F8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Mirusha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Fi.514/89</w:t>
      </w:r>
    </w:p>
    <w:p w14:paraId="0328AA43" w14:textId="77777777" w:rsidR="00862A5C" w:rsidRDefault="004C506B">
      <w:pPr>
        <w:keepNext/>
        <w:keepLines/>
        <w:jc w:val="both"/>
      </w:pPr>
      <w:hyperlink r:id="rId73" w:tooltip="Hap memorandumin e Njësisë 060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nr.60: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896-0 -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Turjakë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Malishevë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P-72310076-00896-0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"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kl.5",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7,923 m² (79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23 m²),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Turjakë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Malishevë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678EACC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A1885A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29CC7C8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1,600 €/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4D18F7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6,000 €</w:t>
            </w:r>
          </w:p>
        </w:tc>
      </w:tr>
    </w:tbl>
    <w:p w14:paraId="37D45A8B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Mirusha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Fi.514/89</w:t>
      </w:r>
    </w:p>
    <w:p w14:paraId="68A25671" w14:textId="77777777" w:rsidR="00862A5C" w:rsidRDefault="004C506B">
      <w:pPr>
        <w:keepNext/>
        <w:keepLines/>
        <w:jc w:val="both"/>
      </w:pPr>
      <w:hyperlink r:id="rId74" w:tooltip="Hap memorandumin e Njësisë 061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nr.61: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924-0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925-0-ZK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Turjakë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Malishevë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6,946 m² (69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46 m²),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: P-72310076-00924-0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1,756 m²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"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kl.7"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P-72310076-00925-0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5,190 m²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"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kl.6",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Turjakë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Malishevë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C788234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6DB25F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104D14D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1,600 €/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824F28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6,000 €</w:t>
            </w:r>
          </w:p>
        </w:tc>
      </w:tr>
    </w:tbl>
    <w:p w14:paraId="7627CD0B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Mirusha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Fi.514/89</w:t>
      </w:r>
    </w:p>
    <w:p w14:paraId="6FF21C20" w14:textId="77777777" w:rsidR="00862A5C" w:rsidRDefault="004C506B">
      <w:pPr>
        <w:keepNext/>
        <w:keepLines/>
        <w:jc w:val="both"/>
      </w:pPr>
      <w:hyperlink r:id="rId75" w:tooltip="Hap memorandumin e Njësisë 062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nr.62: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NBI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2044-0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147-0 -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Ratkoc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Rahovec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1,020 m² (10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20 m²),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Ratkoc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Rahovec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P-71510068-00147-0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646 m²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kl.3)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P-71510068-02044-0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374 m²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kl.4), </w:t>
      </w:r>
      <w:proofErr w:type="spellStart"/>
      <w:r w:rsidR="00325A38">
        <w:rPr>
          <w:rFonts w:eastAsia="Helvetica" w:cs="Helvetica"/>
          <w:szCs w:val="21"/>
        </w:rPr>
        <w:t>prona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regjistruara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C89D881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62DDEA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18C37D3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1,440 €/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1EA78AF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6F4392FE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Rahoveci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Fi-492/89, Fi -1764/92</w:t>
      </w:r>
    </w:p>
    <w:p w14:paraId="0E6B1B14" w14:textId="77777777" w:rsidR="00862A5C" w:rsidRDefault="004C506B">
      <w:pPr>
        <w:keepNext/>
        <w:keepLines/>
        <w:jc w:val="both"/>
      </w:pPr>
      <w:hyperlink r:id="rId76" w:tooltip="Hap memorandumin e Njësisë 063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nr.63: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DLB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7393-0 -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Prizren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Prizren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P-71813068-07393-0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880 m² (8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80 m²) (</w:t>
      </w:r>
      <w:proofErr w:type="spellStart"/>
      <w:r w:rsidR="00325A38">
        <w:rPr>
          <w:rFonts w:eastAsia="Helvetica" w:cs="Helvetica"/>
          <w:szCs w:val="21"/>
        </w:rPr>
        <w:t>tokë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tjetër-jopjellore</w:t>
      </w:r>
      <w:proofErr w:type="spellEnd"/>
      <w:r w:rsidR="00325A38">
        <w:rPr>
          <w:rFonts w:eastAsia="Helvetica" w:cs="Helvetica"/>
          <w:szCs w:val="21"/>
        </w:rPr>
        <w:t xml:space="preserve">) e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1FF0D75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DFA8B0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FB497A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25,600 €/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E2AFB7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11,000 €</w:t>
            </w:r>
          </w:p>
        </w:tc>
      </w:tr>
    </w:tbl>
    <w:p w14:paraId="20B3FE93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D.L.B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Lavërtari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Blegtori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Fi.698/89 &amp; Fi.704/89</w:t>
      </w:r>
    </w:p>
    <w:p w14:paraId="343A024E" w14:textId="77777777" w:rsidR="00862A5C" w:rsidRDefault="004C506B">
      <w:pPr>
        <w:keepNext/>
        <w:keepLines/>
        <w:jc w:val="both"/>
      </w:pPr>
      <w:hyperlink r:id="rId77" w:tooltip="Hap memorandumin e Njësisë 064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nr.64: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DLB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635-0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639-0 -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Atmagjë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Prizren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siperfaqen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totale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9,688 m² (96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88 m²)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Atmagjë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P-71813001-00635-0,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2,086 m²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kl.4)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P-71813001-00639-0,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7,602 m²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kl.4), </w:t>
      </w:r>
      <w:proofErr w:type="spellStart"/>
      <w:r w:rsidR="00325A38">
        <w:rPr>
          <w:rFonts w:eastAsia="Helvetica" w:cs="Helvetica"/>
          <w:szCs w:val="21"/>
        </w:rPr>
        <w:t>te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regjistruara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C998967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07726F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661E367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3,600 €/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01BFBD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17,000 €</w:t>
            </w:r>
          </w:p>
        </w:tc>
      </w:tr>
    </w:tbl>
    <w:p w14:paraId="6938F887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D.L.B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Lavërtari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Blegtori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Fi.698/89 &amp; Fi.704/89</w:t>
      </w:r>
    </w:p>
    <w:p w14:paraId="49A33127" w14:textId="77777777" w:rsidR="00862A5C" w:rsidRDefault="004C506B">
      <w:pPr>
        <w:keepNext/>
        <w:keepLines/>
        <w:jc w:val="both"/>
      </w:pPr>
      <w:hyperlink r:id="rId78" w:tooltip="Hap memorandumin e Njësisë 065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nr.65: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281-0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Dushanovë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Prizren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Dushanovë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P-71813023-00281-0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2,847 m² (28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47 m²),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kl.5) e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Drejtat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Pasurisë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Paluajtshme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CAAD53E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4A1846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1361381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6,000 €/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13B1879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9,000 €</w:t>
            </w:r>
          </w:p>
        </w:tc>
      </w:tr>
    </w:tbl>
    <w:p w14:paraId="60C35FE6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D.L.B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Lavërtari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Blegtori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Fi.698/89 &amp; Fi.704/89</w:t>
      </w:r>
    </w:p>
    <w:p w14:paraId="4242D31F" w14:textId="77777777" w:rsidR="00862A5C" w:rsidRDefault="004C506B">
      <w:pPr>
        <w:keepNext/>
        <w:keepLines/>
        <w:jc w:val="both"/>
      </w:pPr>
      <w:hyperlink r:id="rId79" w:tooltip="Hap memorandumin e Njësisë 066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nr.66: NSH IMK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në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Shtime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01)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P-72809093-01336-0,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5,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1,108 m² (11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08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62CA0AE1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8AA1A9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50C9D90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5,000 €/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A97F62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6,000 €</w:t>
            </w:r>
          </w:p>
        </w:tc>
      </w:tr>
    </w:tbl>
    <w:p w14:paraId="7C105119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: IMK Pipe Manufacturing, Fi 784/89</w:t>
      </w:r>
    </w:p>
    <w:p w14:paraId="1904137C" w14:textId="77777777" w:rsidR="00862A5C" w:rsidRDefault="004C506B">
      <w:pPr>
        <w:keepNext/>
        <w:keepLines/>
        <w:jc w:val="both"/>
      </w:pPr>
      <w:hyperlink r:id="rId80" w:tooltip="Hap memorandumin e Njësisë 067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nr.67: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Agroprodukti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Shipashnicë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Poshtme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03)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me nr. P-71107031-00566-0,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oborr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ndërtesë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470 m² (4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70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E375E3C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C6C48F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1394D6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3,000 €/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E5A6DE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1D26EE6E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166/90</w:t>
      </w:r>
    </w:p>
    <w:p w14:paraId="7995A223" w14:textId="77777777" w:rsidR="00862A5C" w:rsidRDefault="004C506B">
      <w:pPr>
        <w:keepNext/>
        <w:keepLines/>
        <w:jc w:val="both"/>
      </w:pPr>
      <w:hyperlink r:id="rId81" w:tooltip="Hap memorandumin e Njësisë 068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nr.68: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Zhivko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Vasiq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Domoroc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03)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me nr. P-73507029-01973-0,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6,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7,507 m² (75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07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7FB1EA1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7C7A110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1ECEEC5" w14:textId="640E89F6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3</w:t>
            </w:r>
            <w:r w:rsidR="00A4518C">
              <w:rPr>
                <w:rFonts w:eastAsia="Helvetica" w:cs="Helvetica"/>
                <w:b/>
                <w:szCs w:val="21"/>
              </w:rPr>
              <w:t>,</w:t>
            </w:r>
            <w:r>
              <w:rPr>
                <w:rFonts w:eastAsia="Helvetica" w:cs="Helvetica"/>
                <w:b/>
                <w:szCs w:val="21"/>
              </w:rPr>
              <w:t>5</w:t>
            </w:r>
            <w:r w:rsidR="00B92964">
              <w:rPr>
                <w:rFonts w:eastAsia="Helvetica" w:cs="Helvetica"/>
                <w:b/>
                <w:szCs w:val="21"/>
              </w:rPr>
              <w:t>00</w:t>
            </w:r>
            <w:r>
              <w:rPr>
                <w:rFonts w:eastAsia="Helvetica" w:cs="Helvetica"/>
                <w:b/>
                <w:szCs w:val="21"/>
              </w:rPr>
              <w:t xml:space="preserve">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990EDAF" w14:textId="35EF901B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r w:rsidR="004C506B">
              <w:rPr>
                <w:rFonts w:eastAsia="Helvetica" w:cs="Helvetica"/>
                <w:b/>
                <w:szCs w:val="21"/>
              </w:rPr>
              <w:t>13,</w:t>
            </w:r>
            <w:r>
              <w:rPr>
                <w:rFonts w:eastAsia="Helvetica" w:cs="Helvetica"/>
                <w:b/>
                <w:szCs w:val="21"/>
              </w:rPr>
              <w:t>000 €</w:t>
            </w:r>
          </w:p>
        </w:tc>
      </w:tr>
    </w:tbl>
    <w:p w14:paraId="37D2C7FA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Agri Coop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Ranilug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N/A</w:t>
      </w:r>
    </w:p>
    <w:p w14:paraId="2C4E9238" w14:textId="77777777" w:rsidR="00862A5C" w:rsidRDefault="004C506B">
      <w:pPr>
        <w:keepNext/>
        <w:keepLines/>
        <w:jc w:val="both"/>
      </w:pPr>
      <w:hyperlink r:id="rId82" w:tooltip="Hap memorandumin e Njësisë 069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nr.69: NSH IMK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në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Shtime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02)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P-72809093-01342-0,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5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2,950 m² (29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50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B98622D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D4C445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51E76B5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5,000 €/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60DD45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7,000 €</w:t>
            </w:r>
          </w:p>
        </w:tc>
      </w:tr>
    </w:tbl>
    <w:p w14:paraId="2FFB3E40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: IMK Pipe Manufacturing, Fi 784/89</w:t>
      </w:r>
    </w:p>
    <w:p w14:paraId="548FF849" w14:textId="77777777" w:rsidR="00862A5C" w:rsidRDefault="004C506B">
      <w:pPr>
        <w:keepNext/>
        <w:keepLines/>
        <w:jc w:val="both"/>
      </w:pPr>
      <w:hyperlink r:id="rId83" w:tooltip="Hap memorandumin e Njësisë 070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nr.70: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Tefik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Çanga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në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Busi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09)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parcelës</w:t>
      </w:r>
      <w:proofErr w:type="spellEnd"/>
      <w:r w:rsidR="00325A38">
        <w:rPr>
          <w:rFonts w:eastAsia="Helvetica" w:cs="Helvetica"/>
          <w:szCs w:val="21"/>
        </w:rPr>
        <w:t xml:space="preserve"> 01521-0,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5,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1,567 m² (15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67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6B4BF62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234FCF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rezidenciale</w:t>
            </w:r>
            <w:proofErr w:type="spellEnd"/>
          </w:p>
        </w:tc>
        <w:tc>
          <w:tcPr>
            <w:tcW w:w="3026" w:type="dxa"/>
            <w:vAlign w:val="center"/>
          </w:tcPr>
          <w:p w14:paraId="35D9272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1,500 €/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6C10A4B" w14:textId="1B30805E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r w:rsidR="008E1290">
              <w:rPr>
                <w:rFonts w:eastAsia="Helvetica" w:cs="Helvetica"/>
                <w:b/>
                <w:szCs w:val="21"/>
              </w:rPr>
              <w:t>2</w:t>
            </w:r>
            <w:r>
              <w:rPr>
                <w:rFonts w:eastAsia="Helvetica" w:cs="Helvetica"/>
                <w:b/>
                <w:szCs w:val="21"/>
              </w:rPr>
              <w:t>,000 €</w:t>
            </w:r>
          </w:p>
        </w:tc>
      </w:tr>
    </w:tbl>
    <w:p w14:paraId="2F1EC7CD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Kombinati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Drurit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Tefik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Çanga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631/89</w:t>
      </w:r>
    </w:p>
    <w:p w14:paraId="4AE3DBF6" w14:textId="77777777" w:rsidR="00862A5C" w:rsidRDefault="004C506B">
      <w:pPr>
        <w:keepNext/>
        <w:keepLines/>
        <w:jc w:val="both"/>
      </w:pPr>
      <w:hyperlink r:id="rId84" w:tooltip="Hap memorandumin e Njësisë 071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nr.71: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Tefik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Çanga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në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Busi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08)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parcelat</w:t>
      </w:r>
      <w:proofErr w:type="spellEnd"/>
      <w:r w:rsidR="00325A38">
        <w:rPr>
          <w:rFonts w:eastAsia="Helvetica" w:cs="Helvetica"/>
          <w:szCs w:val="21"/>
        </w:rPr>
        <w:t xml:space="preserve"> P-71914008-00821-0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P-71914008-00822-0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5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3,193 m² (31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93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D18085E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227A5A1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Arë</w:t>
            </w:r>
            <w:proofErr w:type="spellEnd"/>
          </w:p>
        </w:tc>
        <w:tc>
          <w:tcPr>
            <w:tcW w:w="3026" w:type="dxa"/>
            <w:vAlign w:val="center"/>
          </w:tcPr>
          <w:p w14:paraId="4ADDEEA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150 €/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F196A8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2E05E3C1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Kombinati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Drurit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Tefik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Çanga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631/89</w:t>
      </w:r>
    </w:p>
    <w:p w14:paraId="32FF2247" w14:textId="77777777" w:rsidR="00862A5C" w:rsidRDefault="004C506B">
      <w:pPr>
        <w:keepNext/>
        <w:keepLines/>
        <w:jc w:val="both"/>
      </w:pPr>
      <w:hyperlink r:id="rId85" w:tooltip="Hap memorandumin e Njësisë 072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nr.72: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Tefik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Çanga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në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Busi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07)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parcelës</w:t>
      </w:r>
      <w:proofErr w:type="spellEnd"/>
      <w:r w:rsidR="00325A38">
        <w:rPr>
          <w:rFonts w:eastAsia="Helvetica" w:cs="Helvetica"/>
          <w:szCs w:val="21"/>
        </w:rPr>
        <w:t xml:space="preserve"> P-71914008-00829-0,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5,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2,107 m² (21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07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50FCA0A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0D2DC5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Arë</w:t>
            </w:r>
            <w:proofErr w:type="spellEnd"/>
          </w:p>
        </w:tc>
        <w:tc>
          <w:tcPr>
            <w:tcW w:w="3026" w:type="dxa"/>
            <w:vAlign w:val="center"/>
          </w:tcPr>
          <w:p w14:paraId="345C4B6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150 €/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3C4842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39C6C464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Kombinati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Drurit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Tefik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Çanga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631/89</w:t>
      </w:r>
    </w:p>
    <w:p w14:paraId="1968F33E" w14:textId="77777777" w:rsidR="00862A5C" w:rsidRDefault="004C506B">
      <w:pPr>
        <w:keepNext/>
        <w:keepLines/>
        <w:jc w:val="both"/>
      </w:pPr>
      <w:hyperlink r:id="rId86" w:tooltip="Hap memorandumin e Njësisë 073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nr.73: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Tefik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Çanga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në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Busi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04)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parcelat</w:t>
      </w:r>
      <w:proofErr w:type="spellEnd"/>
      <w:r w:rsidR="00325A38">
        <w:rPr>
          <w:rFonts w:eastAsia="Helvetica" w:cs="Helvetica"/>
          <w:szCs w:val="21"/>
        </w:rPr>
        <w:t xml:space="preserve"> P-71914008-03568-0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P-71914008-03569-0,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4,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712 m² (7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12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8CB7A0B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A484CD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Arë</w:t>
            </w:r>
            <w:proofErr w:type="spellEnd"/>
          </w:p>
        </w:tc>
        <w:tc>
          <w:tcPr>
            <w:tcW w:w="3026" w:type="dxa"/>
            <w:vAlign w:val="center"/>
          </w:tcPr>
          <w:p w14:paraId="72B9B51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150 €/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965286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5115B92F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Kombinati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Drurit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Tefik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Çanga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631/89</w:t>
      </w:r>
    </w:p>
    <w:p w14:paraId="496E1AF6" w14:textId="77777777" w:rsidR="00862A5C" w:rsidRDefault="004C506B">
      <w:pPr>
        <w:keepNext/>
        <w:keepLines/>
        <w:jc w:val="both"/>
      </w:pPr>
      <w:hyperlink r:id="rId87" w:tooltip="Hap memorandumin e Njësisë 074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nr.74: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ne Han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Elezit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parcelës</w:t>
      </w:r>
      <w:proofErr w:type="spellEnd"/>
      <w:r w:rsidR="00325A38">
        <w:rPr>
          <w:rFonts w:eastAsia="Helvetica" w:cs="Helvetica"/>
          <w:szCs w:val="21"/>
        </w:rPr>
        <w:t xml:space="preserve"> 00395-0,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4,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1,539 m² (15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39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5EB063E7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200D35D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Arë</w:t>
            </w:r>
            <w:proofErr w:type="spellEnd"/>
          </w:p>
        </w:tc>
        <w:tc>
          <w:tcPr>
            <w:tcW w:w="3026" w:type="dxa"/>
            <w:vAlign w:val="center"/>
          </w:tcPr>
          <w:p w14:paraId="35D8721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350 €/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4B9CF00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2FF57354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N.P.M.P.K.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Kosovaplast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-545/91</w:t>
      </w:r>
    </w:p>
    <w:p w14:paraId="76563242" w14:textId="77777777" w:rsidR="00862A5C" w:rsidRDefault="004C506B">
      <w:pPr>
        <w:keepNext/>
        <w:keepLines/>
        <w:jc w:val="both"/>
      </w:pPr>
      <w:hyperlink r:id="rId88" w:tooltip="Hap memorandumin e Njësisë 075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nr.75: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Babushi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Serbëve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Babush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Muhaxherëve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02)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parcelës</w:t>
      </w:r>
      <w:proofErr w:type="spellEnd"/>
      <w:r w:rsidR="00325A38">
        <w:rPr>
          <w:rFonts w:eastAsia="Helvetica" w:cs="Helvetica"/>
          <w:szCs w:val="21"/>
        </w:rPr>
        <w:t xml:space="preserve"> P-71409059-00606-1,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klasa</w:t>
      </w:r>
      <w:proofErr w:type="spellEnd"/>
      <w:r w:rsidR="00325A38">
        <w:rPr>
          <w:rFonts w:eastAsia="Helvetica" w:cs="Helvetica"/>
          <w:szCs w:val="21"/>
        </w:rPr>
        <w:t xml:space="preserve"> 2,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4,366 m²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klasa</w:t>
      </w:r>
      <w:proofErr w:type="spellEnd"/>
      <w:r w:rsidR="00325A38">
        <w:rPr>
          <w:rFonts w:eastAsia="Helvetica" w:cs="Helvetica"/>
          <w:szCs w:val="21"/>
        </w:rPr>
        <w:t xml:space="preserve"> 1,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680 m²,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totale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5,046 m² (50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46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7B0BBAF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3D2F88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Arë</w:t>
            </w:r>
            <w:proofErr w:type="spellEnd"/>
          </w:p>
        </w:tc>
        <w:tc>
          <w:tcPr>
            <w:tcW w:w="3026" w:type="dxa"/>
            <w:vAlign w:val="center"/>
          </w:tcPr>
          <w:p w14:paraId="2F9511E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313 €/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04DCDA5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2,000 €</w:t>
            </w:r>
          </w:p>
        </w:tc>
      </w:tr>
    </w:tbl>
    <w:p w14:paraId="421CE305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Babushi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Serbëve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/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Babushan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Fi-164/81</w:t>
      </w:r>
    </w:p>
    <w:p w14:paraId="693E045D" w14:textId="77777777" w:rsidR="00862A5C" w:rsidRDefault="004C506B">
      <w:pPr>
        <w:keepNext/>
        <w:keepLines/>
        <w:jc w:val="both"/>
      </w:pPr>
      <w:hyperlink r:id="rId89" w:tooltip="Hap memorandumin e Njësisë 076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nr.76: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Agrokultura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Stançiq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01)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parcelës</w:t>
      </w:r>
      <w:proofErr w:type="spellEnd"/>
      <w:r w:rsidR="00325A38">
        <w:rPr>
          <w:rFonts w:eastAsia="Helvetica" w:cs="Helvetica"/>
          <w:szCs w:val="21"/>
        </w:rPr>
        <w:t xml:space="preserve"> 01655-0,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8. </w:t>
      </w:r>
      <w:proofErr w:type="spellStart"/>
      <w:r w:rsidR="00325A38">
        <w:rPr>
          <w:rFonts w:eastAsia="Helvetica" w:cs="Helvetica"/>
          <w:szCs w:val="21"/>
        </w:rPr>
        <w:t>Parcela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Stançiq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Komunës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Gjilanit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2,885 m² (28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85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6EA98756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B3A63E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Arë</w:t>
            </w:r>
            <w:proofErr w:type="spellEnd"/>
          </w:p>
        </w:tc>
        <w:tc>
          <w:tcPr>
            <w:tcW w:w="3026" w:type="dxa"/>
            <w:vAlign w:val="center"/>
          </w:tcPr>
          <w:p w14:paraId="5A17D2B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EFB6DA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78B9E3E0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Agrokultura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1865/96; Fi. 670/89; Fi 106/78</w:t>
      </w:r>
    </w:p>
    <w:p w14:paraId="0E680F79" w14:textId="77777777" w:rsidR="00862A5C" w:rsidRDefault="004C506B">
      <w:pPr>
        <w:keepNext/>
        <w:keepLines/>
        <w:jc w:val="both"/>
      </w:pPr>
      <w:hyperlink r:id="rId90" w:tooltip="Hap memorandumin e Njësisë 077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nr.77: NSH IMK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në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Shtime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03)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P-72809093-01368-0,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4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1,404 m² (14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04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605091AD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9265B9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5F957AE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10,000 €/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0498430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7,000 €</w:t>
            </w:r>
          </w:p>
        </w:tc>
      </w:tr>
    </w:tbl>
    <w:p w14:paraId="0DF178C9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: IMK Pipe Manufacturing, Fi 784/89</w:t>
      </w:r>
    </w:p>
    <w:p w14:paraId="03B36FD2" w14:textId="77777777" w:rsidR="00862A5C" w:rsidRDefault="004C506B">
      <w:pPr>
        <w:keepNext/>
        <w:keepLines/>
        <w:jc w:val="both"/>
      </w:pPr>
      <w:hyperlink r:id="rId91" w:tooltip="Hap memorandumin e Njësisë 078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nr.78: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Agroprodukti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Hodec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02)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me nr. P-73507059-00913-0,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2,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4,806 m² (48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06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3A31495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5D572A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Arë</w:t>
            </w:r>
            <w:proofErr w:type="spellEnd"/>
          </w:p>
        </w:tc>
        <w:tc>
          <w:tcPr>
            <w:tcW w:w="3026" w:type="dxa"/>
            <w:vAlign w:val="center"/>
          </w:tcPr>
          <w:p w14:paraId="389B4BD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120 €/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8B8C67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42595EF0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166/90</w:t>
      </w:r>
    </w:p>
    <w:p w14:paraId="799BE99C" w14:textId="77777777" w:rsidR="00862A5C" w:rsidRDefault="004C506B">
      <w:pPr>
        <w:keepNext/>
        <w:keepLines/>
        <w:jc w:val="both"/>
      </w:pPr>
      <w:hyperlink r:id="rId92" w:tooltip="Hap memorandumin e Njësisë 079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nr.79: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Tefik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Çanga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në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Busi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05)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parcelës</w:t>
      </w:r>
      <w:proofErr w:type="spellEnd"/>
      <w:r w:rsidR="00325A38">
        <w:rPr>
          <w:rFonts w:eastAsia="Helvetica" w:cs="Helvetica"/>
          <w:szCs w:val="21"/>
        </w:rPr>
        <w:t xml:space="preserve"> P-71914008-01905-0,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5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2,879 m² (28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79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13F7F21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D5E105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Arë</w:t>
            </w:r>
            <w:proofErr w:type="spellEnd"/>
          </w:p>
        </w:tc>
        <w:tc>
          <w:tcPr>
            <w:tcW w:w="3026" w:type="dxa"/>
            <w:vAlign w:val="center"/>
          </w:tcPr>
          <w:p w14:paraId="4CA6A20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150 €/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FA2526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7BFCBC53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Kombinati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Drurit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Tefik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Çanga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631/89</w:t>
      </w:r>
    </w:p>
    <w:p w14:paraId="29D1A3DB" w14:textId="77777777" w:rsidR="00862A5C" w:rsidRDefault="004C506B">
      <w:pPr>
        <w:keepNext/>
        <w:keepLines/>
        <w:jc w:val="both"/>
      </w:pPr>
      <w:hyperlink r:id="rId93" w:tooltip="Hap memorandumin e Njësisë 080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nr.80: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Tefik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Çanga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në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Busi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06)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parcelës</w:t>
      </w:r>
      <w:proofErr w:type="spellEnd"/>
      <w:r w:rsidR="00325A38">
        <w:rPr>
          <w:rFonts w:eastAsia="Helvetica" w:cs="Helvetica"/>
          <w:szCs w:val="21"/>
        </w:rPr>
        <w:t xml:space="preserve"> P-71914008-01127-0,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5,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1,927 m² (19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27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6CACD7A1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A87D68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Arë</w:t>
            </w:r>
            <w:proofErr w:type="spellEnd"/>
          </w:p>
        </w:tc>
        <w:tc>
          <w:tcPr>
            <w:tcW w:w="3026" w:type="dxa"/>
            <w:vAlign w:val="center"/>
          </w:tcPr>
          <w:p w14:paraId="783F092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150 €/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54F423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3DD9218B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Kombinati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Drurit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Tefik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Çanga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631/89</w:t>
      </w:r>
    </w:p>
    <w:p w14:paraId="4DE89442" w14:textId="77777777" w:rsidR="00862A5C" w:rsidRDefault="004C506B">
      <w:pPr>
        <w:keepNext/>
        <w:keepLines/>
        <w:jc w:val="both"/>
      </w:pPr>
      <w:hyperlink r:id="rId94" w:tooltip="Hap memorandumin e Njësisë 081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nr.81: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Glloboçica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Objekti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Aseti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parcela</w:t>
      </w:r>
      <w:proofErr w:type="spellEnd"/>
      <w:r w:rsidR="00325A38">
        <w:rPr>
          <w:rFonts w:eastAsia="Helvetica" w:cs="Helvetica"/>
          <w:szCs w:val="21"/>
        </w:rPr>
        <w:t xml:space="preserve"> me nr. P-70917018-00684-4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7,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6,290 m² (62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90 m²)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objekti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pakryer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375,50 m²,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Qafëshqipja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komunën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Kaçanikut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4778C22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E8C7BB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1E742B1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9A545E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8,000 €</w:t>
            </w:r>
          </w:p>
        </w:tc>
      </w:tr>
    </w:tbl>
    <w:p w14:paraId="7947A653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Gllobocica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Fi-204/85</w:t>
      </w:r>
    </w:p>
    <w:p w14:paraId="4CC4C446" w14:textId="77777777" w:rsidR="00862A5C" w:rsidRDefault="004C506B">
      <w:pPr>
        <w:keepNext/>
        <w:keepLines/>
        <w:jc w:val="both"/>
      </w:pPr>
      <w:hyperlink r:id="rId95" w:tooltip="Hap memorandumin e Njësisë 082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nr.82: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Agromorava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Pozharan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F)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 P-70101033-00350-0,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3,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7,424 m² (74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24 m²)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Pozharan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Vitisë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8A56A8D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3AA90A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317C9E6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1,800 €/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14D69F2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7,000 €</w:t>
            </w:r>
          </w:p>
        </w:tc>
      </w:tr>
    </w:tbl>
    <w:p w14:paraId="4CF55799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N.B.I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Agromorava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229/89</w:t>
      </w:r>
    </w:p>
    <w:p w14:paraId="7B2E6125" w14:textId="77777777" w:rsidR="00862A5C" w:rsidRDefault="004C506B">
      <w:pPr>
        <w:keepNext/>
        <w:keepLines/>
        <w:jc w:val="both"/>
      </w:pPr>
      <w:hyperlink r:id="rId96" w:tooltip="Hap memorandumin e Njësisë 083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nr.83: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Agromorava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Gushicë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A)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 P-70101016-00968-0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P-70101016-00969-0,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3,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5,022 m² (50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22 m²)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Gushicë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Vitisë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7BE4397C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D51BD1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3D0879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120 €/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1EF142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7D7E41DB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N.B.I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Agromorava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229/89</w:t>
      </w:r>
    </w:p>
    <w:p w14:paraId="6FB1597B" w14:textId="77777777" w:rsidR="00862A5C" w:rsidRDefault="004C506B">
      <w:pPr>
        <w:keepNext/>
        <w:keepLines/>
        <w:jc w:val="both"/>
      </w:pPr>
      <w:hyperlink r:id="rId97" w:tooltip="Hap memorandumin e Njësisë 084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nr.84: Ramadan Agushi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Sadovinë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Çerkezve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A) -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ngastrës</w:t>
      </w:r>
      <w:proofErr w:type="spellEnd"/>
      <w:r w:rsidR="00325A38">
        <w:rPr>
          <w:rFonts w:eastAsia="Helvetica" w:cs="Helvetica"/>
          <w:szCs w:val="21"/>
        </w:rPr>
        <w:t xml:space="preserve"> P-70101040-01638-0,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5,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8,801 m² (88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01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CC41533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1C2A55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234CE1F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800 €/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7860D9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7,000 €</w:t>
            </w:r>
          </w:p>
        </w:tc>
      </w:tr>
    </w:tbl>
    <w:p w14:paraId="196E19F9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: K.B Ramadan Agushi, Fi. Fi 1386/90</w:t>
      </w:r>
    </w:p>
    <w:p w14:paraId="2FE73422" w14:textId="77777777" w:rsidR="00862A5C" w:rsidRDefault="004C506B">
      <w:pPr>
        <w:keepNext/>
        <w:keepLines/>
        <w:jc w:val="both"/>
      </w:pPr>
      <w:hyperlink r:id="rId98" w:tooltip="Hap memorandumin e Njësisë 085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nr.85: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Agromorava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Sllatinë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Poshtme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D)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me nr. P-70101037-01471-0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3-të,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2,298 m² (22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e 98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A7935C4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3C7CB8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32D8B9D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800 €/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F5E29D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2,000 €</w:t>
            </w:r>
          </w:p>
        </w:tc>
      </w:tr>
    </w:tbl>
    <w:p w14:paraId="37106D4E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N.B.I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Agromorava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229/89</w:t>
      </w:r>
    </w:p>
    <w:p w14:paraId="0C3E1FA8" w14:textId="77777777" w:rsidR="00862A5C" w:rsidRDefault="004C506B">
      <w:pPr>
        <w:keepNext/>
        <w:keepLines/>
        <w:jc w:val="both"/>
      </w:pPr>
      <w:hyperlink r:id="rId99" w:tooltip="Hap memorandumin e Njësisë 086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nr.86: Ramadan Agushi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Rezhancë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01)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ngastrës</w:t>
      </w:r>
      <w:proofErr w:type="spellEnd"/>
      <w:r w:rsidR="00325A38">
        <w:rPr>
          <w:rFonts w:eastAsia="Helvetica" w:cs="Helvetica"/>
          <w:szCs w:val="21"/>
        </w:rPr>
        <w:t xml:space="preserve"> P-70917073-00012-0,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6,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2,080 m² (20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80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BCE9719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6512D1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333BF35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160 €/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1DF359F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5F87490F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: K.B Ramadan Agushi, Fi 1386/90</w:t>
      </w:r>
    </w:p>
    <w:p w14:paraId="640AC061" w14:textId="77777777" w:rsidR="00862A5C" w:rsidRDefault="004C506B">
      <w:pPr>
        <w:keepNext/>
        <w:keepLines/>
        <w:jc w:val="both"/>
      </w:pPr>
      <w:hyperlink r:id="rId100" w:tooltip="Hap memorandumin e Njësisë 087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nr.87: K.B Morava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Partesh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Budrikë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e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Poshtme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A)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P-73603018-00147-0,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2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5,918 m² (59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18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8CE1801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B8333B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363AB3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3,800 €/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1ACAF4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11,000 €</w:t>
            </w:r>
          </w:p>
        </w:tc>
      </w:tr>
    </w:tbl>
    <w:p w14:paraId="557BC1F1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 Morava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Partesh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Fi-1609/90</w:t>
      </w:r>
    </w:p>
    <w:p w14:paraId="07CC23C1" w14:textId="52B12703" w:rsidR="00862A5C" w:rsidRDefault="004C506B">
      <w:pPr>
        <w:keepNext/>
        <w:keepLines/>
        <w:jc w:val="both"/>
      </w:pPr>
      <w:hyperlink r:id="rId101" w:tooltip="Hap memorandumin e Njësisë 088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nr.88: K.B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Zhegra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në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Lladovë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C)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me nr. P-70403007-00304-0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1,477 m²</w:t>
      </w:r>
      <w:r w:rsidR="001F626D">
        <w:rPr>
          <w:rFonts w:eastAsia="Helvetica" w:cs="Helvetica"/>
          <w:szCs w:val="21"/>
        </w:rPr>
        <w:t xml:space="preserve"> (14 </w:t>
      </w:r>
      <w:proofErr w:type="spellStart"/>
      <w:r w:rsidR="001F626D">
        <w:rPr>
          <w:rFonts w:eastAsia="Helvetica" w:cs="Helvetica"/>
          <w:szCs w:val="21"/>
        </w:rPr>
        <w:t>ari</w:t>
      </w:r>
      <w:proofErr w:type="spellEnd"/>
      <w:r w:rsidR="001F626D">
        <w:rPr>
          <w:rFonts w:eastAsia="Helvetica" w:cs="Helvetica"/>
          <w:szCs w:val="21"/>
        </w:rPr>
        <w:t xml:space="preserve"> 77m²</w:t>
      </w:r>
      <w:proofErr w:type="gramStart"/>
      <w:r w:rsidR="001F626D">
        <w:rPr>
          <w:rFonts w:eastAsia="Helvetica" w:cs="Helvetica"/>
          <w:szCs w:val="21"/>
        </w:rPr>
        <w:t xml:space="preserve">) </w:t>
      </w:r>
      <w:r w:rsidR="00325A38">
        <w:rPr>
          <w:rFonts w:eastAsia="Helvetica" w:cs="Helvetica"/>
          <w:szCs w:val="21"/>
        </w:rPr>
        <w:t>,</w:t>
      </w:r>
      <w:proofErr w:type="gram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3.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771A6FD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D84577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191D2EF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0F9FFB2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2,000 €</w:t>
            </w:r>
          </w:p>
        </w:tc>
      </w:tr>
    </w:tbl>
    <w:p w14:paraId="2E1FD968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Zhegra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Fi-670/89; Fi-529/98</w:t>
      </w:r>
    </w:p>
    <w:p w14:paraId="16E425AD" w14:textId="77777777" w:rsidR="00862A5C" w:rsidRDefault="004C506B">
      <w:pPr>
        <w:keepNext/>
        <w:keepLines/>
        <w:jc w:val="both"/>
      </w:pPr>
      <w:hyperlink r:id="rId102" w:tooltip="Hap memorandumin e Njësisë 089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nr.89: K.B Morava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Partesh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Budrikë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Poshtme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B)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P-73603018-00148-0,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2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5,798 m² (57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98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230DA1D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9862ED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3BBFFBD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5,200 €/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4F2E66F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15,000 €</w:t>
            </w:r>
          </w:p>
        </w:tc>
      </w:tr>
    </w:tbl>
    <w:p w14:paraId="672C4FD7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 Morava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Partesh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Fi-1609/90</w:t>
      </w:r>
    </w:p>
    <w:p w14:paraId="29FFEBFC" w14:textId="77777777" w:rsidR="00862A5C" w:rsidRDefault="004C506B">
      <w:pPr>
        <w:keepNext/>
        <w:keepLines/>
        <w:jc w:val="both"/>
      </w:pPr>
      <w:hyperlink r:id="rId103" w:tooltip="Hap memorandumin e Njësisë 090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nr.90: K.B Morava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Partesh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Budrikë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Poshtme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C)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P-73603018-00151-0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P-73603018-00152-0,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2-të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7,278 m² (72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78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6F7C585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A0CE63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3BE859E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2,850 €/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BCE5DF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10,000 €</w:t>
            </w:r>
          </w:p>
        </w:tc>
      </w:tr>
    </w:tbl>
    <w:p w14:paraId="3A612B4D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 Morava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Partesh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Fi-1609/90</w:t>
      </w:r>
    </w:p>
    <w:p w14:paraId="3CC6F45A" w14:textId="77777777" w:rsidR="00862A5C" w:rsidRDefault="004C506B">
      <w:pPr>
        <w:keepNext/>
        <w:keepLines/>
        <w:jc w:val="both"/>
      </w:pPr>
      <w:hyperlink r:id="rId104" w:tooltip="Hap memorandumin e Njësisë 091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nr.91: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Zhegra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në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Zhegër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C)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me nr. P-70403026-03420-0,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6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6,701 m² (67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01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3ACEC4C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798F03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1437D4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60 €/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152A528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6BF1EA20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Zhegra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Fi-670/89; Fi-529/98</w:t>
      </w:r>
    </w:p>
    <w:p w14:paraId="3AAFACE6" w14:textId="77777777" w:rsidR="00862A5C" w:rsidRDefault="004C506B">
      <w:pPr>
        <w:keepNext/>
        <w:keepLines/>
        <w:jc w:val="both"/>
      </w:pPr>
      <w:hyperlink r:id="rId105" w:tooltip="Hap memorandumin e Njësisë 092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nr.92: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Agromorava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Budrikë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e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Epërme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B)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ngastrës</w:t>
      </w:r>
      <w:proofErr w:type="spellEnd"/>
      <w:r w:rsidR="00325A38">
        <w:rPr>
          <w:rFonts w:eastAsia="Helvetica" w:cs="Helvetica"/>
          <w:szCs w:val="21"/>
        </w:rPr>
        <w:t xml:space="preserve"> P-70101012-00936-0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2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3,574 m² (35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74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AB019B5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088B89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181D515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84 €/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7C5649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40D6FCAF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N.B.I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Agromorava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229/89</w:t>
      </w:r>
    </w:p>
    <w:p w14:paraId="12A8ADCD" w14:textId="77777777" w:rsidR="00862A5C" w:rsidRDefault="004C506B">
      <w:pPr>
        <w:keepNext/>
        <w:keepLines/>
        <w:jc w:val="both"/>
      </w:pPr>
      <w:hyperlink r:id="rId106" w:tooltip="Hap memorandumin e Njësisë 093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nr.93: NSH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Pasuria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Bujqesore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ne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Talinovc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Muhaxherëve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B)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ngastrës</w:t>
      </w:r>
      <w:proofErr w:type="spellEnd"/>
      <w:r w:rsidR="00325A38">
        <w:rPr>
          <w:rFonts w:eastAsia="Helvetica" w:cs="Helvetica"/>
          <w:szCs w:val="21"/>
        </w:rPr>
        <w:t xml:space="preserve"> P-72217060-00208-0,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3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8,432 m² (84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32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F0680F5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C205E5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30D0641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4,400 €/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459D4FA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19,000 €</w:t>
            </w:r>
          </w:p>
        </w:tc>
      </w:tr>
    </w:tbl>
    <w:p w14:paraId="778DFA10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proofErr w:type="gramStart"/>
      <w:r>
        <w:rPr>
          <w:rFonts w:eastAsia="Helvetica" w:cs="Helvetica"/>
          <w:i/>
          <w:iCs/>
          <w:color w:val="333333"/>
          <w:szCs w:val="21"/>
        </w:rPr>
        <w:t>N.Sh</w:t>
      </w:r>
      <w:proofErr w:type="spellEnd"/>
      <w:proofErr w:type="gram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Pasuria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Bujqesore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Fi-650/89</w:t>
      </w:r>
    </w:p>
    <w:p w14:paraId="1CBF2775" w14:textId="77777777" w:rsidR="00862A5C" w:rsidRDefault="004C506B">
      <w:pPr>
        <w:keepNext/>
        <w:keepLines/>
        <w:jc w:val="both"/>
      </w:pPr>
      <w:hyperlink r:id="rId107" w:tooltip="Hap memorandumin e Njësisë 094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nr.94: NSH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Pasuria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Bujqesore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ne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Prelez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Muhaxherëve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C)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ngastrës</w:t>
      </w:r>
      <w:proofErr w:type="spellEnd"/>
      <w:r w:rsidR="00325A38">
        <w:rPr>
          <w:rFonts w:eastAsia="Helvetica" w:cs="Helvetica"/>
          <w:szCs w:val="21"/>
        </w:rPr>
        <w:t xml:space="preserve"> P-72209060-00466-0,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4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6,961 m² (69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61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83F1990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C597FD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08AD1E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1,600 €/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8A40AC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6,000 €</w:t>
            </w:r>
          </w:p>
        </w:tc>
      </w:tr>
    </w:tbl>
    <w:p w14:paraId="67C480E7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proofErr w:type="gramStart"/>
      <w:r>
        <w:rPr>
          <w:rFonts w:eastAsia="Helvetica" w:cs="Helvetica"/>
          <w:i/>
          <w:iCs/>
          <w:color w:val="333333"/>
          <w:szCs w:val="21"/>
        </w:rPr>
        <w:t>N.Sh</w:t>
      </w:r>
      <w:proofErr w:type="spellEnd"/>
      <w:proofErr w:type="gram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Pasuria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Bujqesore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Fi-650/89</w:t>
      </w:r>
    </w:p>
    <w:p w14:paraId="789204B7" w14:textId="77777777" w:rsidR="00862A5C" w:rsidRDefault="004C506B">
      <w:pPr>
        <w:keepNext/>
        <w:keepLines/>
        <w:jc w:val="both"/>
      </w:pPr>
      <w:hyperlink r:id="rId108" w:tooltip="Hap memorandumin e Njësisë 095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nr.95: KB Ramadan Agushi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Pustenik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E)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ngastrës</w:t>
      </w:r>
      <w:proofErr w:type="spellEnd"/>
      <w:r w:rsidR="00325A38">
        <w:rPr>
          <w:rFonts w:eastAsia="Helvetica" w:cs="Helvetica"/>
          <w:szCs w:val="21"/>
        </w:rPr>
        <w:t xml:space="preserve"> P-70917070-00544-0,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5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1,434 m² (14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34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C6696F5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4CBE8C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6DADDD5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4211B55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46BA125D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: K.B Ramadan Agushi, Fi 1386/90</w:t>
      </w:r>
    </w:p>
    <w:p w14:paraId="6B5F600F" w14:textId="77777777" w:rsidR="00862A5C" w:rsidRDefault="004C506B">
      <w:pPr>
        <w:keepNext/>
        <w:keepLines/>
        <w:jc w:val="both"/>
      </w:pPr>
      <w:hyperlink r:id="rId109" w:tooltip="Hap memorandumin e Njësisë 096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nr.96: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Pasuria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në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Drenogllavë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01)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ngastrës</w:t>
      </w:r>
      <w:proofErr w:type="spellEnd"/>
      <w:r w:rsidR="00325A38">
        <w:rPr>
          <w:rFonts w:eastAsia="Helvetica" w:cs="Helvetica"/>
          <w:szCs w:val="21"/>
        </w:rPr>
        <w:t xml:space="preserve"> P-70917032-00089-0,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5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2,273 m² (22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73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4189B94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4F51D5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Arë</w:t>
            </w:r>
            <w:proofErr w:type="spellEnd"/>
          </w:p>
        </w:tc>
        <w:tc>
          <w:tcPr>
            <w:tcW w:w="3026" w:type="dxa"/>
            <w:vAlign w:val="center"/>
          </w:tcPr>
          <w:p w14:paraId="0A72FF5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96 €/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8BADF6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2F1542AD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proofErr w:type="gramStart"/>
      <w:r>
        <w:rPr>
          <w:rFonts w:eastAsia="Helvetica" w:cs="Helvetica"/>
          <w:i/>
          <w:iCs/>
          <w:color w:val="333333"/>
          <w:szCs w:val="21"/>
        </w:rPr>
        <w:t>N.Sh</w:t>
      </w:r>
      <w:proofErr w:type="spellEnd"/>
      <w:proofErr w:type="gram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Pasuria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Bujqesore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Fi-650/89</w:t>
      </w:r>
    </w:p>
    <w:p w14:paraId="5DABAC61" w14:textId="77777777" w:rsidR="00862A5C" w:rsidRDefault="004C506B">
      <w:pPr>
        <w:keepNext/>
        <w:keepLines/>
        <w:jc w:val="both"/>
      </w:pPr>
      <w:hyperlink r:id="rId110" w:tooltip="Hap memorandumin e Njësisë 097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nr.97: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Agromorava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Sadovinë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Çerkezve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01)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 P-70101040-00219-0,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6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4,457 m² (44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57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DCF7164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E00F4A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25B6AEB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800 €/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C58981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4,000 €</w:t>
            </w:r>
          </w:p>
        </w:tc>
      </w:tr>
    </w:tbl>
    <w:p w14:paraId="3A3DC44C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N.B.I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Agromorava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229/89</w:t>
      </w:r>
    </w:p>
    <w:p w14:paraId="6EA06F93" w14:textId="77777777" w:rsidR="00862A5C" w:rsidRDefault="004C506B">
      <w:pPr>
        <w:keepNext/>
        <w:keepLines/>
        <w:jc w:val="both"/>
      </w:pPr>
      <w:hyperlink r:id="rId111" w:tooltip="Hap memorandumin e Njësisë 098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nr.98: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Agromorava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Sadovinë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Çerkezve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02)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 P-70101040-00230-0,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6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3,008 m² (30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08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7767943F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BE53DA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47C2FF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800 €/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B4955A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2,000 €</w:t>
            </w:r>
          </w:p>
        </w:tc>
      </w:tr>
    </w:tbl>
    <w:p w14:paraId="5BAF3816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N.B.I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Agromorava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229/89</w:t>
      </w:r>
    </w:p>
    <w:p w14:paraId="6C077FED" w14:textId="77777777" w:rsidR="00862A5C" w:rsidRDefault="004C506B">
      <w:pPr>
        <w:keepNext/>
        <w:keepLines/>
        <w:pageBreakBefore/>
        <w:jc w:val="both"/>
      </w:pPr>
      <w:hyperlink r:id="rId112" w:tooltip="Hap memorandumin e Njësisë 099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nr.99: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Agromorava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Viti (Lot 02)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 P-70101007-00626-0,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3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948 m² (9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48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959FE94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76C3A26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A3B2F3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B8E9E4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5C883ADF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N.B.I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Agromorava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229/89</w:t>
      </w:r>
    </w:p>
    <w:p w14:paraId="7147654F" w14:textId="77777777" w:rsidR="00862A5C" w:rsidRDefault="004C506B">
      <w:pPr>
        <w:keepNext/>
        <w:keepLines/>
        <w:jc w:val="both"/>
      </w:pPr>
      <w:hyperlink r:id="rId113" w:tooltip="Hap memorandumin e Njësisë 100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nr.100: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Stançiq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A)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parcelës</w:t>
      </w:r>
      <w:proofErr w:type="spellEnd"/>
      <w:r w:rsidR="00325A38">
        <w:rPr>
          <w:rFonts w:eastAsia="Helvetica" w:cs="Helvetica"/>
          <w:szCs w:val="21"/>
        </w:rPr>
        <w:t xml:space="preserve"> 01656-0,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8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1,162 m² (11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62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754CB4C7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B0681E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23B2850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40 €/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12A594D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1AC035F9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Agrokultura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1865/96; Fi. 670/89; Fi 106/78</w:t>
      </w:r>
    </w:p>
    <w:p w14:paraId="5AE358B6" w14:textId="77777777" w:rsidR="00862A5C" w:rsidRDefault="004C506B">
      <w:pPr>
        <w:keepNext/>
        <w:keepLines/>
        <w:jc w:val="both"/>
      </w:pPr>
      <w:hyperlink r:id="rId114" w:tooltip="Hap memorandumin e Njësisë 101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nr.101: K.B Morava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Partesh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Partesh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A)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P-70403047-00391-0,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5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2,714 m² (27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14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7D9D83D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ECF345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E1852A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162801C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1B494992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 Morava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Partesh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Fi-1609/90</w:t>
      </w:r>
    </w:p>
    <w:p w14:paraId="65981C5C" w14:textId="77777777" w:rsidR="00862A5C" w:rsidRDefault="004C506B">
      <w:pPr>
        <w:keepNext/>
        <w:keepLines/>
        <w:jc w:val="both"/>
      </w:pPr>
      <w:hyperlink r:id="rId115" w:tooltip="Hap memorandumin e Njësisë 102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nr.102: K.B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Zhegra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Lladovë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D)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me nr. P-70403007-00311-2,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3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724 m² (7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24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225377D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784E9B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6106C15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B34C2E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38CE72A7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Zhegra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Fi-670/89; Fi-529/98</w:t>
      </w:r>
    </w:p>
    <w:p w14:paraId="63114C01" w14:textId="77777777" w:rsidR="00862A5C" w:rsidRDefault="004C506B">
      <w:pPr>
        <w:keepNext/>
        <w:keepLines/>
        <w:jc w:val="both"/>
      </w:pPr>
      <w:hyperlink r:id="rId116" w:tooltip="Hap memorandumin e Njësisë 103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nr.103: KB Ramadan Agushi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Pustenik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F)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ngastrës</w:t>
      </w:r>
      <w:proofErr w:type="spellEnd"/>
      <w:r w:rsidR="00325A38">
        <w:rPr>
          <w:rFonts w:eastAsia="Helvetica" w:cs="Helvetica"/>
          <w:szCs w:val="21"/>
        </w:rPr>
        <w:t xml:space="preserve"> P-70917070-00545-0,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5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530 m² (5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30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C3D4436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299DAC5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20E84CC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0AD5843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156EA17D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: K.B Ramadan Agushi, Fi 1386/90</w:t>
      </w:r>
    </w:p>
    <w:p w14:paraId="5035F208" w14:textId="77777777" w:rsidR="00862A5C" w:rsidRDefault="004C506B">
      <w:pPr>
        <w:keepNext/>
        <w:keepLines/>
        <w:jc w:val="both"/>
      </w:pPr>
      <w:hyperlink r:id="rId117" w:tooltip="Hap memorandumin e Njësisë 104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nr.104: KB Ramadan Agushi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Sopotnicë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ngastrës</w:t>
      </w:r>
      <w:proofErr w:type="spellEnd"/>
      <w:r w:rsidR="00325A38">
        <w:rPr>
          <w:rFonts w:eastAsia="Helvetica" w:cs="Helvetica"/>
          <w:szCs w:val="21"/>
        </w:rPr>
        <w:t xml:space="preserve"> P-70917083-00506-21,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2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3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669 m² (6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69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3A73448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092EA8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5F3C442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2,400 €/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60EDFA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2,000 €</w:t>
            </w:r>
          </w:p>
        </w:tc>
      </w:tr>
    </w:tbl>
    <w:p w14:paraId="608D787C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: K.B Ramadan Agushi, Fi 1386/90</w:t>
      </w:r>
    </w:p>
    <w:p w14:paraId="2E540E15" w14:textId="77777777" w:rsidR="00862A5C" w:rsidRDefault="004C506B">
      <w:pPr>
        <w:keepNext/>
        <w:keepLines/>
        <w:pageBreakBefore/>
        <w:jc w:val="both"/>
      </w:pPr>
      <w:hyperlink r:id="rId118" w:tooltip="Hap memorandumin e Njësisë 105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nr.105: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Pasuria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Rahovicë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01)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numër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ngastrës</w:t>
      </w:r>
      <w:proofErr w:type="spellEnd"/>
      <w:r w:rsidR="00325A38">
        <w:rPr>
          <w:rFonts w:eastAsia="Helvetica" w:cs="Helvetica"/>
          <w:szCs w:val="21"/>
        </w:rPr>
        <w:t xml:space="preserve"> P-72217072-00088-0,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3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1,039 m² (10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39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53E40672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9ACF7B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objekt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rezidencial</w:t>
            </w:r>
            <w:proofErr w:type="spellEnd"/>
          </w:p>
        </w:tc>
        <w:tc>
          <w:tcPr>
            <w:tcW w:w="3026" w:type="dxa"/>
            <w:vAlign w:val="center"/>
          </w:tcPr>
          <w:p w14:paraId="2BA8419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0E9C97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2,000 €</w:t>
            </w:r>
          </w:p>
        </w:tc>
      </w:tr>
    </w:tbl>
    <w:p w14:paraId="6DD8203F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proofErr w:type="gramStart"/>
      <w:r>
        <w:rPr>
          <w:rFonts w:eastAsia="Helvetica" w:cs="Helvetica"/>
          <w:i/>
          <w:iCs/>
          <w:color w:val="333333"/>
          <w:szCs w:val="21"/>
        </w:rPr>
        <w:t>N.Sh</w:t>
      </w:r>
      <w:proofErr w:type="spellEnd"/>
      <w:proofErr w:type="gram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Pasuria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Bujqesore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Fi-650/89</w:t>
      </w:r>
    </w:p>
    <w:p w14:paraId="175A131D" w14:textId="77777777" w:rsidR="00862A5C" w:rsidRDefault="004C506B">
      <w:pPr>
        <w:keepNext/>
        <w:keepLines/>
        <w:jc w:val="both"/>
      </w:pPr>
      <w:hyperlink r:id="rId119" w:tooltip="Hap memorandumin e Njësisë 106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nr.106: K.B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Zhegra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Lladovë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E)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me nr. P-70403007-00965-0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6,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2,142 m² (21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42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7DB19AA8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759C0DA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EC5DDB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07D7D27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3,000 €</w:t>
            </w:r>
          </w:p>
        </w:tc>
      </w:tr>
    </w:tbl>
    <w:p w14:paraId="21871C2A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Zhegra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Fi-670/89; Fi-529/98</w:t>
      </w:r>
    </w:p>
    <w:p w14:paraId="575037EB" w14:textId="77777777" w:rsidR="00862A5C" w:rsidRDefault="004C506B">
      <w:pPr>
        <w:keepNext/>
        <w:keepLines/>
        <w:jc w:val="both"/>
      </w:pPr>
      <w:hyperlink r:id="rId120" w:tooltip="Hap memorandumin e Njësisë 107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nr.107: K.B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Zhegra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Lladovë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01)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me nr. P-70403007-00328-0, P-70403007-00329-0, P-70403007-00330-0,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4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2,436 m² (24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36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E0CE721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B7E293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1FFB33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98C14F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3,000 €</w:t>
            </w:r>
          </w:p>
        </w:tc>
      </w:tr>
    </w:tbl>
    <w:p w14:paraId="200B94AA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Zhegra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Fi-670/89; Fi-529/98</w:t>
      </w:r>
    </w:p>
    <w:p w14:paraId="7752EFA8" w14:textId="77777777" w:rsidR="00862A5C" w:rsidRDefault="004C506B">
      <w:pPr>
        <w:keepNext/>
        <w:keepLines/>
        <w:jc w:val="both"/>
      </w:pPr>
      <w:hyperlink r:id="rId121" w:tooltip="Hap memorandumin e Njësisë 108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nr.108: K.B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Zhegra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Zhegër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01)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me nr. P-70403026-03862-0,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6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331 m² (3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31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2AF23D3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3C0FF2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5E0A915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80 €/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6771D6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03FE2CB9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Zhegra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Fi-670/89; Fi-529/98</w:t>
      </w:r>
    </w:p>
    <w:p w14:paraId="49066B3B" w14:textId="77777777" w:rsidR="00862A5C" w:rsidRDefault="004C506B">
      <w:pPr>
        <w:keepNext/>
        <w:keepLines/>
        <w:jc w:val="both"/>
      </w:pPr>
      <w:hyperlink r:id="rId122" w:tooltip="Hap memorandumin e Njësisë 109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nr.109: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Agroprodukti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Pançellë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(LOT1)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me nr. P-71107061-00691-0,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6-të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1,048 m² (10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48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96AC91E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64C8ED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1211019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120 €/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175A5E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60B245D5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166/90</w:t>
      </w:r>
    </w:p>
    <w:p w14:paraId="322DF697" w14:textId="77777777" w:rsidR="00862A5C" w:rsidRDefault="004C506B">
      <w:pPr>
        <w:keepNext/>
        <w:keepLines/>
        <w:jc w:val="both"/>
      </w:pPr>
      <w:hyperlink r:id="rId123" w:tooltip="Hap memorandumin e Njësisë 110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nr.110: NSH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Agromorava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Sadovinë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Çerkezëve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J)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 P-70101040-00216-0,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4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P-70101040-00217-0,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6,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8,754 m² (87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54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5B5C29D2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2859BC2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1593C79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120 €/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15D824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79BD4E6D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N.B.I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Agromorava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229/89</w:t>
      </w:r>
    </w:p>
    <w:p w14:paraId="6E76B670" w14:textId="77777777" w:rsidR="00862A5C" w:rsidRDefault="004C506B">
      <w:pPr>
        <w:keepNext/>
        <w:keepLines/>
        <w:jc w:val="both"/>
      </w:pPr>
      <w:hyperlink r:id="rId124" w:tooltip="Hap memorandumin e Njësisë 111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nr.111: NSH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Agromorava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Viti (Lot H)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 P-70101007-02836-0,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3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903 m² (9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03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5403C8D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B41D6D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7DC664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480 €/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D4B852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4C5FD213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N.B.I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Agromorava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229/89</w:t>
      </w:r>
    </w:p>
    <w:p w14:paraId="130B0F7A" w14:textId="77777777" w:rsidR="00862A5C" w:rsidRDefault="004C506B">
      <w:pPr>
        <w:keepNext/>
        <w:keepLines/>
        <w:jc w:val="both"/>
      </w:pPr>
      <w:hyperlink r:id="rId125" w:tooltip="Hap memorandumin e Njësisë 112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nr.112: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Agromorava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Budrikë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Epërme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C)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parcela</w:t>
      </w:r>
      <w:proofErr w:type="spellEnd"/>
      <w:r w:rsidR="00325A38">
        <w:rPr>
          <w:rFonts w:eastAsia="Helvetica" w:cs="Helvetica"/>
          <w:szCs w:val="21"/>
        </w:rPr>
        <w:t xml:space="preserve"> nr. P-70101012-00858-0,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2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4,489 m² (44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89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57CF6A10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2A5D765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5E92ACB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112 €/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BF8EE0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4B24CF83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N.B.I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Agromorava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229/89</w:t>
      </w:r>
    </w:p>
    <w:p w14:paraId="5E39BD6A" w14:textId="77777777" w:rsidR="00862A5C" w:rsidRDefault="004C506B">
      <w:pPr>
        <w:keepNext/>
        <w:keepLines/>
        <w:jc w:val="both"/>
      </w:pPr>
      <w:hyperlink r:id="rId126" w:tooltip="Hap memorandumin e Njësisë 113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nr.113: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Agromorava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Viti (Lot 01)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parcela</w:t>
      </w:r>
      <w:proofErr w:type="spellEnd"/>
      <w:r w:rsidR="00325A38">
        <w:rPr>
          <w:rFonts w:eastAsia="Helvetica" w:cs="Helvetica"/>
          <w:szCs w:val="21"/>
        </w:rPr>
        <w:t xml:space="preserve"> nr. P-70101007-02482-2,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2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5,621 m² (56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21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5023A4D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82469C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57FA715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6,400 €/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DDC3C4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18,000 €</w:t>
            </w:r>
          </w:p>
        </w:tc>
      </w:tr>
    </w:tbl>
    <w:p w14:paraId="01837E22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N.B.I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Agromorava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229/89</w:t>
      </w:r>
    </w:p>
    <w:p w14:paraId="2C8A8FE1" w14:textId="77777777" w:rsidR="00862A5C" w:rsidRDefault="004C506B">
      <w:pPr>
        <w:keepNext/>
        <w:keepLines/>
        <w:jc w:val="both"/>
      </w:pPr>
      <w:hyperlink r:id="rId127" w:tooltip="Hap memorandumin e Njësisë 114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nr.114: K.B Morava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Partesh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Partesh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(LOT 01)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P-70403047-01120-0,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5-të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8,178 m² (81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78 m²).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585B756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ABE870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5A4FDAA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4484CBA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2,000 €</w:t>
            </w:r>
          </w:p>
        </w:tc>
      </w:tr>
    </w:tbl>
    <w:p w14:paraId="65D726C5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 Morava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Partesh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Fi-1609/90</w:t>
      </w:r>
    </w:p>
    <w:p w14:paraId="09F74D2E" w14:textId="77777777" w:rsidR="00862A5C" w:rsidRDefault="004C506B">
      <w:pPr>
        <w:keepNext/>
        <w:keepLines/>
        <w:jc w:val="both"/>
      </w:pPr>
      <w:hyperlink r:id="rId128" w:tooltip="Hap memorandumin e Njësisë 115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nr.115: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Agrokultura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902-0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Selac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7,709 m², e </w:t>
      </w:r>
      <w:proofErr w:type="spellStart"/>
      <w:r w:rsidR="00325A38">
        <w:rPr>
          <w:rFonts w:eastAsia="Helvetica" w:cs="Helvetica"/>
          <w:szCs w:val="21"/>
        </w:rPr>
        <w:t>regjistruar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njësia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P-71208106-00902-0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8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Selac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Mitrovicës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Jugore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51CCCCEE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F58899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Arë</w:t>
            </w:r>
            <w:proofErr w:type="spellEnd"/>
          </w:p>
        </w:tc>
        <w:tc>
          <w:tcPr>
            <w:tcW w:w="3026" w:type="dxa"/>
            <w:vAlign w:val="center"/>
          </w:tcPr>
          <w:p w14:paraId="32A45D2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35 €/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69734A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38DE9882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Agrokultura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Fi-1604/90</w:t>
      </w:r>
    </w:p>
    <w:p w14:paraId="4E8D8918" w14:textId="77777777" w:rsidR="00862A5C" w:rsidRDefault="004C506B">
      <w:pPr>
        <w:keepNext/>
        <w:keepLines/>
        <w:jc w:val="both"/>
      </w:pPr>
      <w:hyperlink r:id="rId129" w:tooltip="Hap memorandumin e Njësisë 116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nr.116: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Agrokultura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objekti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përkohshëm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Shipol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objekti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përkohshëm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Shipol</w:t>
      </w:r>
      <w:proofErr w:type="spellEnd"/>
      <w:r w:rsidR="00325A38">
        <w:rPr>
          <w:rFonts w:eastAsia="Helvetica" w:cs="Helvetica"/>
          <w:szCs w:val="21"/>
        </w:rPr>
        <w:t xml:space="preserve">, ne </w:t>
      </w:r>
      <w:proofErr w:type="spellStart"/>
      <w:r w:rsidR="00325A38">
        <w:rPr>
          <w:rFonts w:eastAsia="Helvetica" w:cs="Helvetica"/>
          <w:szCs w:val="21"/>
        </w:rPr>
        <w:t>tokë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Komunës</w:t>
      </w:r>
      <w:proofErr w:type="spellEnd"/>
      <w:r w:rsidR="00325A38">
        <w:rPr>
          <w:rFonts w:eastAsia="Helvetica" w:cs="Helvetica"/>
          <w:szCs w:val="21"/>
        </w:rPr>
        <w:t xml:space="preserve">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60 m² </w:t>
      </w:r>
      <w:proofErr w:type="spellStart"/>
      <w:r w:rsidR="00325A38">
        <w:rPr>
          <w:rFonts w:eastAsia="Helvetica" w:cs="Helvetica"/>
          <w:szCs w:val="21"/>
        </w:rPr>
        <w:t>sipas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listës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aseteve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ndërmarrjes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Objekti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Shipol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Mitrovicës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Jugore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8F9BA06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26D13DB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Objekt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tjetër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</w:t>
            </w:r>
            <w:proofErr w:type="spellEnd"/>
          </w:p>
        </w:tc>
        <w:tc>
          <w:tcPr>
            <w:tcW w:w="3026" w:type="dxa"/>
            <w:vAlign w:val="center"/>
          </w:tcPr>
          <w:p w14:paraId="4438F00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640 €/m²</w:t>
            </w:r>
          </w:p>
        </w:tc>
        <w:tc>
          <w:tcPr>
            <w:tcW w:w="3026" w:type="dxa"/>
            <w:vAlign w:val="center"/>
          </w:tcPr>
          <w:p w14:paraId="575CAA2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4,000 €</w:t>
            </w:r>
          </w:p>
        </w:tc>
      </w:tr>
    </w:tbl>
    <w:p w14:paraId="3F622FB4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Agrokultura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Fi-1604/90</w:t>
      </w:r>
    </w:p>
    <w:p w14:paraId="34CCD6B8" w14:textId="48FD141E" w:rsidR="00862A5C" w:rsidRDefault="004C506B">
      <w:pPr>
        <w:keepNext/>
        <w:keepLines/>
        <w:jc w:val="both"/>
      </w:pPr>
      <w:hyperlink r:id="rId130" w:tooltip="Hap memorandumin e Njësisë 117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nr.117: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Produkt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453-5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Polac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i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Vjetër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parcela</w:t>
      </w:r>
      <w:proofErr w:type="spellEnd"/>
      <w:r w:rsidR="00325A38">
        <w:rPr>
          <w:rFonts w:eastAsia="Helvetica" w:cs="Helvetica"/>
          <w:szCs w:val="21"/>
        </w:rPr>
        <w:t xml:space="preserve"> 453-5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5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7,626 m² </w:t>
      </w:r>
      <w:r w:rsidR="005D665E">
        <w:rPr>
          <w:rFonts w:eastAsia="Helvetica" w:cs="Helvetica"/>
          <w:szCs w:val="21"/>
        </w:rPr>
        <w:t xml:space="preserve">(76 </w:t>
      </w:r>
      <w:proofErr w:type="spellStart"/>
      <w:r w:rsidR="005D665E">
        <w:rPr>
          <w:rFonts w:eastAsia="Helvetica" w:cs="Helvetica"/>
          <w:szCs w:val="21"/>
        </w:rPr>
        <w:t>ari</w:t>
      </w:r>
      <w:proofErr w:type="spellEnd"/>
      <w:r w:rsidR="005D665E">
        <w:rPr>
          <w:rFonts w:eastAsia="Helvetica" w:cs="Helvetica"/>
          <w:szCs w:val="21"/>
        </w:rPr>
        <w:t xml:space="preserve"> 26 m²)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Polac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vjetër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Skenderaj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D0FDC7C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15631E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Arë</w:t>
            </w:r>
            <w:proofErr w:type="spellEnd"/>
          </w:p>
        </w:tc>
        <w:tc>
          <w:tcPr>
            <w:tcW w:w="3026" w:type="dxa"/>
            <w:vAlign w:val="center"/>
          </w:tcPr>
          <w:p w14:paraId="52C440D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160 €/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4DF7F8C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248A53FF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Fi-727/89</w:t>
      </w:r>
    </w:p>
    <w:p w14:paraId="69C51408" w14:textId="77777777" w:rsidR="00862A5C" w:rsidRDefault="004C506B">
      <w:pPr>
        <w:keepNext/>
        <w:keepLines/>
        <w:jc w:val="both"/>
      </w:pPr>
      <w:hyperlink r:id="rId131" w:tooltip="Hap memorandumin e Njësisë 118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nr.118: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Vitak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56-0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56-0,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7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4,518 m² (45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18 m²).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ne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Vitak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Skenderajt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Qasja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nëpërmes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fushore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0BAC1C4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89E722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18E876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112 €/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3EC711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07A855AC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Fi-727/89</w:t>
      </w:r>
    </w:p>
    <w:p w14:paraId="5FEB5650" w14:textId="77777777" w:rsidR="00862A5C" w:rsidRDefault="004C506B">
      <w:pPr>
        <w:keepNext/>
        <w:keepLines/>
        <w:jc w:val="both"/>
      </w:pPr>
      <w:hyperlink r:id="rId132" w:tooltip="Hap memorandumin e Njësisë 119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nr.119: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Ofiçina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Garazha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e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Transkosovës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Zhabar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Epërm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Ofiqina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Garazha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paraqesin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objekt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cili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sipas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Listes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Aseteve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3,690 m², </w:t>
      </w:r>
      <w:proofErr w:type="spellStart"/>
      <w:r w:rsidR="00325A38">
        <w:rPr>
          <w:rFonts w:eastAsia="Helvetica" w:cs="Helvetica"/>
          <w:szCs w:val="21"/>
        </w:rPr>
        <w:t>ndërsa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sipas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matjeve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terren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objekti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përafërt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2,766.5 m². </w:t>
      </w:r>
      <w:proofErr w:type="spellStart"/>
      <w:r w:rsidR="00325A38">
        <w:rPr>
          <w:rFonts w:eastAsia="Helvetica" w:cs="Helvetica"/>
          <w:szCs w:val="21"/>
        </w:rPr>
        <w:t>Objekti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Zhabar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Epërm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Mitrovicës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6FDE62A7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25B290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Objekt</w:t>
            </w:r>
            <w:proofErr w:type="spellEnd"/>
          </w:p>
        </w:tc>
        <w:tc>
          <w:tcPr>
            <w:tcW w:w="3026" w:type="dxa"/>
            <w:vAlign w:val="center"/>
          </w:tcPr>
          <w:p w14:paraId="5E42F0C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204 €/m²</w:t>
            </w:r>
          </w:p>
        </w:tc>
        <w:tc>
          <w:tcPr>
            <w:tcW w:w="3026" w:type="dxa"/>
            <w:vAlign w:val="center"/>
          </w:tcPr>
          <w:p w14:paraId="491CC5D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28,000 €</w:t>
            </w:r>
          </w:p>
        </w:tc>
      </w:tr>
    </w:tbl>
    <w:p w14:paraId="417B9E8C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Transkosova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, Fi-819/89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Fi-1569/90</w:t>
      </w:r>
    </w:p>
    <w:p w14:paraId="3E7E40B1" w14:textId="77777777" w:rsidR="00862A5C" w:rsidRDefault="004C506B">
      <w:pPr>
        <w:keepNext/>
        <w:keepLines/>
        <w:jc w:val="both"/>
      </w:pPr>
      <w:hyperlink r:id="rId133" w:tooltip="Hap memorandumin e Njësisë 120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nr.120: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Produkti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Suhogërllë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782-0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782-0,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5,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7,928 m² (79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28 m²).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Suhogërllë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Skenderajt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mirëfilltë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megjithatë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terren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shihen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disa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shtigje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shfrytëzuara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fshatarët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79238D5A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C84AC5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58D4E1A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112 €/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9E2495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63F2A94F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Fi-727/89</w:t>
      </w:r>
    </w:p>
    <w:p w14:paraId="6F562007" w14:textId="77777777" w:rsidR="00862A5C" w:rsidRDefault="004C506B">
      <w:pPr>
        <w:keepNext/>
        <w:keepLines/>
        <w:jc w:val="both"/>
      </w:pPr>
      <w:hyperlink r:id="rId134" w:tooltip="Hap memorandumin e Njësisë 121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nr.121: Depo e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vjeter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e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Transkosovës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Zhabar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Epërm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sipas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Listës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Aseteve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1,800 m², </w:t>
      </w:r>
      <w:proofErr w:type="spellStart"/>
      <w:r w:rsidR="00325A38">
        <w:rPr>
          <w:rFonts w:eastAsia="Helvetica" w:cs="Helvetica"/>
          <w:szCs w:val="21"/>
        </w:rPr>
        <w:t>ndërsa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sipas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matjeve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terren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objekti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1,039 m². </w:t>
      </w:r>
      <w:proofErr w:type="spellStart"/>
      <w:r w:rsidR="00325A38">
        <w:rPr>
          <w:rFonts w:eastAsia="Helvetica" w:cs="Helvetica"/>
          <w:szCs w:val="21"/>
        </w:rPr>
        <w:t>Depoja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përbehet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dy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bashkuara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njëra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tjetrën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njëra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depo e </w:t>
      </w:r>
      <w:proofErr w:type="spellStart"/>
      <w:r w:rsidR="00325A38">
        <w:rPr>
          <w:rFonts w:eastAsia="Helvetica" w:cs="Helvetica"/>
          <w:szCs w:val="21"/>
        </w:rPr>
        <w:t>mbyllur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ndërsa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tjetër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hapur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njërën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anë</w:t>
      </w:r>
      <w:proofErr w:type="spellEnd"/>
      <w:r w:rsidR="00325A38">
        <w:rPr>
          <w:rFonts w:eastAsia="Helvetica" w:cs="Helvetica"/>
          <w:szCs w:val="21"/>
        </w:rPr>
        <w:t xml:space="preserve"> (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formë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strehe</w:t>
      </w:r>
      <w:proofErr w:type="spellEnd"/>
      <w:r w:rsidR="00325A38">
        <w:rPr>
          <w:rFonts w:eastAsia="Helvetica" w:cs="Helvetica"/>
          <w:szCs w:val="21"/>
        </w:rPr>
        <w:t xml:space="preserve">). </w:t>
      </w:r>
      <w:proofErr w:type="spellStart"/>
      <w:r w:rsidR="00325A38">
        <w:rPr>
          <w:rFonts w:eastAsia="Helvetica" w:cs="Helvetica"/>
          <w:szCs w:val="21"/>
        </w:rPr>
        <w:t>Depoja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tipit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mbyllur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rreth</w:t>
      </w:r>
      <w:proofErr w:type="spellEnd"/>
      <w:r w:rsidR="00325A38">
        <w:rPr>
          <w:rFonts w:eastAsia="Helvetica" w:cs="Helvetica"/>
          <w:szCs w:val="21"/>
        </w:rPr>
        <w:t xml:space="preserve"> 634 m²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hapur</w:t>
      </w:r>
      <w:proofErr w:type="spellEnd"/>
      <w:r w:rsidR="00325A38">
        <w:rPr>
          <w:rFonts w:eastAsia="Helvetica" w:cs="Helvetica"/>
          <w:szCs w:val="21"/>
        </w:rPr>
        <w:t xml:space="preserve"> “</w:t>
      </w:r>
      <w:proofErr w:type="spellStart"/>
      <w:r w:rsidR="00325A38">
        <w:rPr>
          <w:rFonts w:eastAsia="Helvetica" w:cs="Helvetica"/>
          <w:szCs w:val="21"/>
        </w:rPr>
        <w:t>Streha</w:t>
      </w:r>
      <w:proofErr w:type="spellEnd"/>
      <w:r w:rsidR="00325A38">
        <w:rPr>
          <w:rFonts w:eastAsia="Helvetica" w:cs="Helvetica"/>
          <w:szCs w:val="21"/>
        </w:rPr>
        <w:t xml:space="preserve">”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rreth</w:t>
      </w:r>
      <w:proofErr w:type="spellEnd"/>
      <w:r w:rsidR="00325A38">
        <w:rPr>
          <w:rFonts w:eastAsia="Helvetica" w:cs="Helvetica"/>
          <w:szCs w:val="21"/>
        </w:rPr>
        <w:t xml:space="preserve"> 405 m².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B0905CE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6178EB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Objekt</w:t>
            </w:r>
            <w:proofErr w:type="spellEnd"/>
          </w:p>
        </w:tc>
        <w:tc>
          <w:tcPr>
            <w:tcW w:w="3026" w:type="dxa"/>
            <w:vAlign w:val="center"/>
          </w:tcPr>
          <w:p w14:paraId="60CA4111" w14:textId="5240F473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</w:t>
            </w:r>
            <w:r w:rsidR="00C4792C">
              <w:rPr>
                <w:rFonts w:eastAsia="Helvetica" w:cs="Helvetica"/>
                <w:b/>
                <w:szCs w:val="21"/>
              </w:rPr>
              <w:t>153</w:t>
            </w:r>
            <w:r>
              <w:rPr>
                <w:rFonts w:eastAsia="Helvetica" w:cs="Helvetica"/>
                <w:b/>
                <w:szCs w:val="21"/>
              </w:rPr>
              <w:t xml:space="preserve"> €/</w:t>
            </w:r>
            <w:r w:rsidR="00C4792C">
              <w:rPr>
                <w:rFonts w:eastAsia="Helvetica" w:cs="Helvetica"/>
                <w:b/>
                <w:szCs w:val="21"/>
              </w:rPr>
              <w:t xml:space="preserve"> m²</w:t>
            </w:r>
          </w:p>
        </w:tc>
        <w:tc>
          <w:tcPr>
            <w:tcW w:w="3026" w:type="dxa"/>
            <w:vAlign w:val="center"/>
          </w:tcPr>
          <w:p w14:paraId="4A2F136C" w14:textId="18983110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r w:rsidR="00C4792C">
              <w:rPr>
                <w:rFonts w:eastAsia="Helvetica" w:cs="Helvetica"/>
                <w:b/>
                <w:szCs w:val="21"/>
              </w:rPr>
              <w:t>8</w:t>
            </w:r>
            <w:r>
              <w:rPr>
                <w:rFonts w:eastAsia="Helvetica" w:cs="Helvetica"/>
                <w:b/>
                <w:szCs w:val="21"/>
              </w:rPr>
              <w:t>,000 €</w:t>
            </w:r>
          </w:p>
        </w:tc>
      </w:tr>
    </w:tbl>
    <w:p w14:paraId="74307511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Transkosova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, Fi-819/89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Fi-1569/90</w:t>
      </w:r>
    </w:p>
    <w:p w14:paraId="02080717" w14:textId="77777777" w:rsidR="00862A5C" w:rsidRDefault="004C506B">
      <w:pPr>
        <w:keepNext/>
        <w:keepLines/>
        <w:jc w:val="both"/>
      </w:pPr>
      <w:hyperlink r:id="rId135" w:tooltip="Hap memorandumin e Njësisë 122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nr.122: -Depo e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vogël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e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Transkosovës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Zhabar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Epërm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Objekt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shitjes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vetëm</w:t>
      </w:r>
      <w:proofErr w:type="spellEnd"/>
      <w:r w:rsidR="00325A38">
        <w:rPr>
          <w:rFonts w:eastAsia="Helvetica" w:cs="Helvetica"/>
          <w:szCs w:val="21"/>
        </w:rPr>
        <w:t xml:space="preserve"> depo e </w:t>
      </w:r>
      <w:proofErr w:type="spellStart"/>
      <w:r w:rsidR="00325A38">
        <w:rPr>
          <w:rFonts w:eastAsia="Helvetica" w:cs="Helvetica"/>
          <w:szCs w:val="21"/>
        </w:rPr>
        <w:t>vogël</w:t>
      </w:r>
      <w:proofErr w:type="spellEnd"/>
      <w:r w:rsidR="00325A38">
        <w:rPr>
          <w:rFonts w:eastAsia="Helvetica" w:cs="Helvetica"/>
          <w:szCs w:val="21"/>
        </w:rPr>
        <w:t xml:space="preserve">, pa </w:t>
      </w:r>
      <w:proofErr w:type="spellStart"/>
      <w:r w:rsidR="00325A38">
        <w:rPr>
          <w:rFonts w:eastAsia="Helvetica" w:cs="Helvetica"/>
          <w:szCs w:val="21"/>
        </w:rPr>
        <w:t>tokë</w:t>
      </w:r>
      <w:proofErr w:type="spellEnd"/>
      <w:r w:rsidR="00325A38">
        <w:rPr>
          <w:rFonts w:eastAsia="Helvetica" w:cs="Helvetica"/>
          <w:szCs w:val="21"/>
        </w:rPr>
        <w:t xml:space="preserve">, e </w:t>
      </w:r>
      <w:proofErr w:type="spellStart"/>
      <w:r w:rsidR="00325A38">
        <w:rPr>
          <w:rFonts w:eastAsia="Helvetica" w:cs="Helvetica"/>
          <w:szCs w:val="21"/>
        </w:rPr>
        <w:t>cila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sipas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Listes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Aseteve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200 m², </w:t>
      </w:r>
      <w:proofErr w:type="spellStart"/>
      <w:r w:rsidR="00325A38">
        <w:rPr>
          <w:rFonts w:eastAsia="Helvetica" w:cs="Helvetica"/>
          <w:szCs w:val="21"/>
        </w:rPr>
        <w:t>ndërsa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sipas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matjeve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terren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objekti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përafërt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225.7 m².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54E1036B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9049ED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Depo</w:t>
            </w:r>
          </w:p>
        </w:tc>
        <w:tc>
          <w:tcPr>
            <w:tcW w:w="3026" w:type="dxa"/>
            <w:vAlign w:val="center"/>
          </w:tcPr>
          <w:p w14:paraId="114ECC1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204 €/m²</w:t>
            </w:r>
          </w:p>
        </w:tc>
        <w:tc>
          <w:tcPr>
            <w:tcW w:w="3026" w:type="dxa"/>
            <w:vAlign w:val="center"/>
          </w:tcPr>
          <w:p w14:paraId="16F8765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5,000 €</w:t>
            </w:r>
          </w:p>
        </w:tc>
      </w:tr>
    </w:tbl>
    <w:p w14:paraId="574D0237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Transkosova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, Fi-819/89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Fi-1569/90</w:t>
      </w:r>
    </w:p>
    <w:p w14:paraId="405ACE26" w14:textId="77777777" w:rsidR="00862A5C" w:rsidRDefault="004C506B">
      <w:pPr>
        <w:keepNext/>
        <w:keepLines/>
        <w:jc w:val="both"/>
      </w:pPr>
      <w:hyperlink r:id="rId136" w:tooltip="Hap memorandumin e Njësisë 123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nr.123: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Agrokultura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Depo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Bare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Depoja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fshatin</w:t>
      </w:r>
      <w:proofErr w:type="spellEnd"/>
      <w:r w:rsidR="00325A38">
        <w:rPr>
          <w:rFonts w:eastAsia="Helvetica" w:cs="Helvetica"/>
          <w:szCs w:val="21"/>
        </w:rPr>
        <w:t xml:space="preserve"> Bare, </w:t>
      </w:r>
      <w:proofErr w:type="spellStart"/>
      <w:r w:rsidR="00325A38">
        <w:rPr>
          <w:rFonts w:eastAsia="Helvetica" w:cs="Helvetica"/>
          <w:szCs w:val="21"/>
        </w:rPr>
        <w:t>sipas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dokumentacionit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posedimit-faturës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tatimit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pronë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175 m², </w:t>
      </w:r>
      <w:proofErr w:type="spellStart"/>
      <w:r w:rsidR="00325A38">
        <w:rPr>
          <w:rFonts w:eastAsia="Helvetica" w:cs="Helvetica"/>
          <w:szCs w:val="21"/>
        </w:rPr>
        <w:t>ndërsa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sipas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matjeve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terren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objekti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167 m².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35BE023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76A35D4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Depo</w:t>
            </w:r>
          </w:p>
        </w:tc>
        <w:tc>
          <w:tcPr>
            <w:tcW w:w="3026" w:type="dxa"/>
            <w:vAlign w:val="center"/>
          </w:tcPr>
          <w:p w14:paraId="743F101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120 €/m²</w:t>
            </w:r>
          </w:p>
        </w:tc>
        <w:tc>
          <w:tcPr>
            <w:tcW w:w="3026" w:type="dxa"/>
            <w:vAlign w:val="center"/>
          </w:tcPr>
          <w:p w14:paraId="325A0AC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2,000 €</w:t>
            </w:r>
          </w:p>
        </w:tc>
      </w:tr>
    </w:tbl>
    <w:p w14:paraId="36B27DE0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Agrokultura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Fi-1604/90</w:t>
      </w:r>
    </w:p>
    <w:p w14:paraId="7893C813" w14:textId="77777777" w:rsidR="00862A5C" w:rsidRDefault="004C506B">
      <w:pPr>
        <w:keepNext/>
        <w:keepLines/>
        <w:jc w:val="both"/>
      </w:pPr>
      <w:hyperlink r:id="rId137" w:tooltip="Hap memorandumin e Njësisë 124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nr.124: KB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Prelluzhë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00118-0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cila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fshatin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Prelluzhë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Bazuar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certifikatën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pronësisë</w:t>
      </w:r>
      <w:proofErr w:type="spellEnd"/>
      <w:r w:rsidR="00325A38">
        <w:rPr>
          <w:rFonts w:eastAsia="Helvetica" w:cs="Helvetica"/>
          <w:szCs w:val="21"/>
        </w:rPr>
        <w:t xml:space="preserve">, me titular: PSH KOPERATIVA BUJQESORE, ka </w:t>
      </w:r>
      <w:proofErr w:type="spellStart"/>
      <w:r w:rsidR="00325A38">
        <w:rPr>
          <w:rFonts w:eastAsia="Helvetica" w:cs="Helvetica"/>
          <w:szCs w:val="21"/>
        </w:rPr>
        <w:t>një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4,725 m² (47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25 m²),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klasit</w:t>
      </w:r>
      <w:proofErr w:type="spellEnd"/>
      <w:r w:rsidR="00325A38">
        <w:rPr>
          <w:rFonts w:eastAsia="Helvetica" w:cs="Helvetica"/>
          <w:szCs w:val="21"/>
        </w:rPr>
        <w:t xml:space="preserve"> 3. </w:t>
      </w:r>
      <w:proofErr w:type="spellStart"/>
      <w:r w:rsidR="00325A38">
        <w:rPr>
          <w:rFonts w:eastAsia="Helvetica" w:cs="Helvetica"/>
          <w:szCs w:val="21"/>
        </w:rPr>
        <w:t>Parcela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veriore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Prelluzhë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një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formë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përshtatshme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fizike</w:t>
      </w:r>
      <w:proofErr w:type="spellEnd"/>
      <w:r w:rsidR="00325A38">
        <w:rPr>
          <w:rFonts w:eastAsia="Helvetica" w:cs="Helvetica"/>
          <w:szCs w:val="21"/>
        </w:rPr>
        <w:t>(</w:t>
      </w:r>
      <w:proofErr w:type="spellStart"/>
      <w:r w:rsidR="00325A38">
        <w:rPr>
          <w:rFonts w:eastAsia="Helvetica" w:cs="Helvetica"/>
          <w:szCs w:val="21"/>
        </w:rPr>
        <w:t>gjeometrike</w:t>
      </w:r>
      <w:proofErr w:type="spellEnd"/>
      <w:r w:rsidR="00325A38">
        <w:rPr>
          <w:rFonts w:eastAsia="Helvetica" w:cs="Helvetica"/>
          <w:szCs w:val="21"/>
        </w:rPr>
        <w:t xml:space="preserve">), </w:t>
      </w:r>
      <w:proofErr w:type="spellStart"/>
      <w:r w:rsidR="00325A38">
        <w:rPr>
          <w:rFonts w:eastAsia="Helvetica" w:cs="Helvetica"/>
          <w:szCs w:val="21"/>
        </w:rPr>
        <w:t>pothuajse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katrore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3FE66D3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86F689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50CC4C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2,000 €/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15E597D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9,000 €</w:t>
            </w:r>
          </w:p>
        </w:tc>
      </w:tr>
    </w:tbl>
    <w:p w14:paraId="71BB7914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Prelluzhe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904/90</w:t>
      </w:r>
    </w:p>
    <w:p w14:paraId="4020D898" w14:textId="77777777" w:rsidR="00862A5C" w:rsidRDefault="004C506B">
      <w:pPr>
        <w:keepNext/>
        <w:keepLines/>
        <w:jc w:val="both"/>
      </w:pPr>
      <w:hyperlink r:id="rId138" w:tooltip="Hap memorandumin e Njësisë 125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nr.125: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Produkti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Brojë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4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1167-0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4,497 m² (44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97 m²) </w:t>
      </w:r>
      <w:proofErr w:type="spellStart"/>
      <w:r w:rsidR="00325A38">
        <w:rPr>
          <w:rFonts w:eastAsia="Helvetica" w:cs="Helvetica"/>
          <w:szCs w:val="21"/>
        </w:rPr>
        <w:t>tokë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5, e </w:t>
      </w:r>
      <w:proofErr w:type="spellStart"/>
      <w:r w:rsidR="00325A38">
        <w:rPr>
          <w:rFonts w:eastAsia="Helvetica" w:cs="Helvetica"/>
          <w:szCs w:val="21"/>
        </w:rPr>
        <w:t>cila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veriperëndimore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fshatit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Brojë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Skenderaj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direkte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A2B879B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722217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36A17A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400 €/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1819A06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2,000 €</w:t>
            </w:r>
          </w:p>
        </w:tc>
      </w:tr>
    </w:tbl>
    <w:p w14:paraId="62FE0645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Fi-727/89</w:t>
      </w:r>
    </w:p>
    <w:p w14:paraId="4643716A" w14:textId="77777777" w:rsidR="00862A5C" w:rsidRDefault="004C506B">
      <w:pPr>
        <w:keepNext/>
        <w:keepLines/>
        <w:jc w:val="both"/>
      </w:pPr>
      <w:hyperlink r:id="rId139" w:tooltip="Hap memorandumin e Njësisë 126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nr.126: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00028-0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Polluzhë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3,710 m² (37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10 m²) (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VI). </w:t>
      </w:r>
      <w:proofErr w:type="spellStart"/>
      <w:r w:rsidR="00325A38">
        <w:rPr>
          <w:rFonts w:eastAsia="Helvetica" w:cs="Helvetica"/>
          <w:szCs w:val="21"/>
        </w:rPr>
        <w:t>Parcela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fshatin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Polluzhë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te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lagjja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Kastratëve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EB3EE53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2462BC0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AD3840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480 €/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1F7CB83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2,000 €</w:t>
            </w:r>
          </w:p>
        </w:tc>
      </w:tr>
    </w:tbl>
    <w:p w14:paraId="27CA9F8D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K.B.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Drenica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Fi.714/89, Fi.4340/93</w:t>
      </w:r>
    </w:p>
    <w:p w14:paraId="23579CF2" w14:textId="77777777" w:rsidR="00862A5C" w:rsidRDefault="004C506B">
      <w:pPr>
        <w:keepNext/>
        <w:keepLines/>
        <w:jc w:val="both"/>
      </w:pPr>
      <w:hyperlink r:id="rId140" w:tooltip="Hap memorandumin e Njësisë 127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nr.127: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Produkt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00139-0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Çitak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139-0,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5,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8,300 m² (83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), e </w:t>
      </w:r>
      <w:proofErr w:type="spellStart"/>
      <w:r w:rsidR="00325A38">
        <w:rPr>
          <w:rFonts w:eastAsia="Helvetica" w:cs="Helvetica"/>
          <w:szCs w:val="21"/>
        </w:rPr>
        <w:t>cila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veriore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Çitak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Sipas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dhënave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, por </w:t>
      </w:r>
      <w:proofErr w:type="spellStart"/>
      <w:r w:rsidR="00325A38">
        <w:rPr>
          <w:rFonts w:eastAsia="Helvetica" w:cs="Helvetica"/>
          <w:szCs w:val="21"/>
        </w:rPr>
        <w:t>qasja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reale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nëpërmes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fushore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20BDF08A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732CB6A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1567C3C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720 €/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48CDF85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6,000 €</w:t>
            </w:r>
          </w:p>
        </w:tc>
      </w:tr>
    </w:tbl>
    <w:p w14:paraId="31C18F10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Fi-727/89</w:t>
      </w:r>
    </w:p>
    <w:p w14:paraId="699A23BD" w14:textId="77777777" w:rsidR="00862A5C" w:rsidRDefault="004C506B">
      <w:pPr>
        <w:keepNext/>
        <w:keepLines/>
        <w:jc w:val="both"/>
      </w:pPr>
      <w:hyperlink r:id="rId141" w:tooltip="Hap memorandumin e Njësisë 128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nr.128: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Ngastra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1064-0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Klinë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e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Epërme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2,251 m² (22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51 m²),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5.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lindore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afër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qendrës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Klinë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Epërme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kryesore</w:t>
      </w:r>
      <w:proofErr w:type="spellEnd"/>
      <w:r w:rsidR="00325A38">
        <w:rPr>
          <w:rFonts w:eastAsia="Helvetica" w:cs="Helvetica"/>
          <w:szCs w:val="21"/>
        </w:rPr>
        <w:t xml:space="preserve">, por </w:t>
      </w:r>
      <w:proofErr w:type="spellStart"/>
      <w:r w:rsidR="00325A38">
        <w:rPr>
          <w:rFonts w:eastAsia="Helvetica" w:cs="Helvetica"/>
          <w:szCs w:val="21"/>
        </w:rPr>
        <w:t>shfrytëzohen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fushore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Probleme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theksuara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ka, </w:t>
      </w:r>
      <w:proofErr w:type="spellStart"/>
      <w:r w:rsidR="00325A38">
        <w:rPr>
          <w:rFonts w:eastAsia="Helvetica" w:cs="Helvetica"/>
          <w:szCs w:val="21"/>
        </w:rPr>
        <w:t>përveç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tenderuar</w:t>
      </w:r>
      <w:proofErr w:type="spellEnd"/>
      <w:r w:rsidR="00325A38">
        <w:rPr>
          <w:rFonts w:eastAsia="Helvetica" w:cs="Helvetica"/>
          <w:szCs w:val="21"/>
        </w:rPr>
        <w:t xml:space="preserve"> 1064-0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ndërtuar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largpërçues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tensionit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lartë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rrymës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AF16FB0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959FC1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6C284CC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1,200 €/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115588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3,000 €</w:t>
            </w:r>
          </w:p>
        </w:tc>
      </w:tr>
    </w:tbl>
    <w:p w14:paraId="6B565B19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Fi-727/89</w:t>
      </w:r>
    </w:p>
    <w:p w14:paraId="6AF1B5B5" w14:textId="77777777" w:rsidR="00862A5C" w:rsidRDefault="004C506B">
      <w:pPr>
        <w:keepNext/>
        <w:keepLines/>
        <w:jc w:val="both"/>
      </w:pPr>
      <w:hyperlink r:id="rId142" w:tooltip="Hap memorandumin e Njësisë 129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nr.129: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Produkt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984-0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985-0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Makërmal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përfshijnë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7,441 m² (74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41 m²),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6.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jugore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Makërmal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rruga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kryesore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kalon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afërësi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parcelave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72DBE05B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5D4C2A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5E3D9CF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800 €/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CBCD24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6,000 €</w:t>
            </w:r>
          </w:p>
        </w:tc>
      </w:tr>
    </w:tbl>
    <w:p w14:paraId="783AF8EB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Fi-727/89</w:t>
      </w:r>
    </w:p>
    <w:p w14:paraId="096C44F0" w14:textId="77777777" w:rsidR="00862A5C" w:rsidRDefault="004C506B">
      <w:pPr>
        <w:keepNext/>
        <w:keepLines/>
        <w:jc w:val="both"/>
      </w:pPr>
      <w:hyperlink r:id="rId143" w:tooltip="Hap memorandumin e Njësisë 130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nr.130: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Produkt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1032-2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1034-0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Makërmal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përfshijnë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1032-2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1034-0,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të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6,770 m² (67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70 m²),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5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3.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jugore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Makërmal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Rruga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kryesore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kalon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afërsi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parcelave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lindore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direkte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FBA4484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99D5E8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53FB1B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800 €/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7908E9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5,000 €</w:t>
            </w:r>
          </w:p>
        </w:tc>
      </w:tr>
    </w:tbl>
    <w:p w14:paraId="67E34EBF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Fi-727/89</w:t>
      </w:r>
    </w:p>
    <w:p w14:paraId="1650EA94" w14:textId="77777777" w:rsidR="00862A5C" w:rsidRDefault="004C506B">
      <w:pPr>
        <w:keepNext/>
        <w:keepLines/>
        <w:jc w:val="both"/>
      </w:pPr>
      <w:hyperlink r:id="rId144" w:tooltip="Hap memorandumin e Njësisë 131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nr.131: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Produkt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987-0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Makërmal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987-0,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6,083 m² (60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83 m²),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6. </w:t>
      </w:r>
      <w:proofErr w:type="spellStart"/>
      <w:r w:rsidR="00325A38">
        <w:rPr>
          <w:rFonts w:eastAsia="Helvetica" w:cs="Helvetica"/>
          <w:szCs w:val="21"/>
        </w:rPr>
        <w:t>Parcela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jugore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Makërmal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Rruga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kryesore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kalon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lindje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340E4CF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943E68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CF00D8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800 €/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042F1B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5,000 €</w:t>
            </w:r>
          </w:p>
        </w:tc>
      </w:tr>
    </w:tbl>
    <w:p w14:paraId="2B96AA6C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Fi-727/89</w:t>
      </w:r>
    </w:p>
    <w:p w14:paraId="4E14C72D" w14:textId="77777777" w:rsidR="00862A5C" w:rsidRDefault="004C506B">
      <w:pPr>
        <w:keepNext/>
        <w:keepLines/>
        <w:jc w:val="both"/>
      </w:pPr>
      <w:hyperlink r:id="rId145" w:tooltip="Hap memorandumin e Njësisë 132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nr.132: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Tokë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Bujqësore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Vojnik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538-0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539-0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Parcelat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9,440 m² (94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40 m²). </w:t>
      </w:r>
      <w:proofErr w:type="spellStart"/>
      <w:r w:rsidR="00325A38">
        <w:rPr>
          <w:rFonts w:eastAsia="Helvetica" w:cs="Helvetica"/>
          <w:szCs w:val="21"/>
        </w:rPr>
        <w:t>Parcela</w:t>
      </w:r>
      <w:proofErr w:type="spellEnd"/>
      <w:r w:rsidR="00325A38">
        <w:rPr>
          <w:rFonts w:eastAsia="Helvetica" w:cs="Helvetica"/>
          <w:szCs w:val="21"/>
        </w:rPr>
        <w:t xml:space="preserve"> 538-0, me </w:t>
      </w:r>
      <w:proofErr w:type="spellStart"/>
      <w:r w:rsidR="00325A38">
        <w:rPr>
          <w:rFonts w:eastAsia="Helvetica" w:cs="Helvetica"/>
          <w:szCs w:val="21"/>
        </w:rPr>
        <w:t>kulture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4,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8,020 m²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parcela</w:t>
      </w:r>
      <w:proofErr w:type="spellEnd"/>
      <w:r w:rsidR="00325A38">
        <w:rPr>
          <w:rFonts w:eastAsia="Helvetica" w:cs="Helvetica"/>
          <w:szCs w:val="21"/>
        </w:rPr>
        <w:t xml:space="preserve"> 539-0, me </w:t>
      </w:r>
      <w:proofErr w:type="spellStart"/>
      <w:r w:rsidR="00325A38">
        <w:rPr>
          <w:rFonts w:eastAsia="Helvetica" w:cs="Helvetica"/>
          <w:szCs w:val="21"/>
        </w:rPr>
        <w:t>kulture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4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1,420 m². </w:t>
      </w:r>
      <w:proofErr w:type="spellStart"/>
      <w:r w:rsidR="00325A38">
        <w:rPr>
          <w:rFonts w:eastAsia="Helvetica" w:cs="Helvetica"/>
          <w:szCs w:val="21"/>
        </w:rPr>
        <w:t>Parcelat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gjenden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veriore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Vojnik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fjalë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mbira </w:t>
      </w:r>
      <w:proofErr w:type="spellStart"/>
      <w:r w:rsidR="00325A38">
        <w:rPr>
          <w:rFonts w:eastAsia="Helvetica" w:cs="Helvetica"/>
          <w:szCs w:val="21"/>
        </w:rPr>
        <w:t>shkurre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Qasja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nëpërmes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fushore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836FF06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E29F04D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9F4837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112 €/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464C06E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10E25276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Fi-727/89</w:t>
      </w:r>
    </w:p>
    <w:p w14:paraId="55824511" w14:textId="77777777" w:rsidR="00862A5C" w:rsidRDefault="004C506B">
      <w:pPr>
        <w:keepNext/>
        <w:keepLines/>
        <w:jc w:val="both"/>
      </w:pPr>
      <w:hyperlink r:id="rId146" w:tooltip="Hap memorandumin e Njësisë 133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nr.133: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Drenica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171-0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Sankoc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2,984 m² (29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84 m²),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4-të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Sankoc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Gllogocit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51C795D0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1A092F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0832D5E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176 €/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1443C3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70CB1DBF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K.B.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Drenica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Fi.714/89, Fi.4340/93</w:t>
      </w:r>
    </w:p>
    <w:p w14:paraId="3B410DFD" w14:textId="64DC9122" w:rsidR="00862A5C" w:rsidRDefault="004C506B">
      <w:pPr>
        <w:keepNext/>
        <w:keepLines/>
        <w:jc w:val="both"/>
      </w:pPr>
      <w:hyperlink r:id="rId147" w:tooltip="Hap memorandumin e Njësisë 134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nr.134: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Ngastra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00643-0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Bajë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5,988 m² (59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8</w:t>
      </w:r>
      <w:r w:rsidR="00D7527F">
        <w:rPr>
          <w:rFonts w:eastAsia="Helvetica" w:cs="Helvetica"/>
          <w:szCs w:val="21"/>
        </w:rPr>
        <w:t>8</w:t>
      </w:r>
      <w:r w:rsidR="00325A38">
        <w:rPr>
          <w:rFonts w:eastAsia="Helvetica" w:cs="Helvetica"/>
          <w:szCs w:val="21"/>
        </w:rPr>
        <w:t xml:space="preserve"> m²),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7, e </w:t>
      </w:r>
      <w:proofErr w:type="spellStart"/>
      <w:r w:rsidR="00325A38">
        <w:rPr>
          <w:rFonts w:eastAsia="Helvetica" w:cs="Helvetica"/>
          <w:szCs w:val="21"/>
        </w:rPr>
        <w:t>cila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qendër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Bajë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mirëfilltë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D308AFC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49C2887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6F90F3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112 €/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5BCAC691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1A50A504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Fi-727/89</w:t>
      </w:r>
    </w:p>
    <w:p w14:paraId="22D73829" w14:textId="77777777" w:rsidR="00862A5C" w:rsidRDefault="004C506B">
      <w:pPr>
        <w:keepNext/>
        <w:keepLines/>
        <w:jc w:val="both"/>
      </w:pPr>
      <w:hyperlink r:id="rId148" w:tooltip="Hap memorandumin e Njësisë 135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nr.135: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Ngastra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00733-0 ne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Bajë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5,073 m² (50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73 m²),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6.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lindje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Bajë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mirëfilltë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257D897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5924F1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8F1092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112 €/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1F941A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6F1CF28B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Fi-727/ 89</w:t>
      </w:r>
    </w:p>
    <w:p w14:paraId="4491A898" w14:textId="77777777" w:rsidR="00862A5C" w:rsidRDefault="004C506B">
      <w:pPr>
        <w:keepNext/>
        <w:keepLines/>
        <w:jc w:val="both"/>
      </w:pPr>
      <w:hyperlink r:id="rId149" w:tooltip="Hap memorandumin e Njësisë 136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nr.136: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Ngastra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02685-0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Bajë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6,352 m² (63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52 m²),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4.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jug-</w:t>
      </w:r>
      <w:proofErr w:type="spellStart"/>
      <w:r w:rsidR="00325A38">
        <w:rPr>
          <w:rFonts w:eastAsia="Helvetica" w:cs="Helvetica"/>
          <w:szCs w:val="21"/>
        </w:rPr>
        <w:t>perëndimore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Bajë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mirëfillte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392D60F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22FDB0D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97668AB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112 €/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4E9A6148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032ABB32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Fi-727/89</w:t>
      </w:r>
    </w:p>
    <w:p w14:paraId="195C140E" w14:textId="77777777" w:rsidR="00862A5C" w:rsidRDefault="004C506B">
      <w:pPr>
        <w:keepNext/>
        <w:keepLines/>
        <w:jc w:val="both"/>
      </w:pPr>
      <w:hyperlink r:id="rId150" w:tooltip="Hap memorandumin e Njësisë 137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nr.137: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Ngastrat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2381-0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2382-0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Bajë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përbëhen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8,230 m² (82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30 m²)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përfshijnë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2381-0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7,030 m² (70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30 m²) e </w:t>
      </w:r>
      <w:proofErr w:type="spellStart"/>
      <w:r w:rsidR="00325A38">
        <w:rPr>
          <w:rFonts w:eastAsia="Helvetica" w:cs="Helvetica"/>
          <w:szCs w:val="21"/>
        </w:rPr>
        <w:t>cila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evidentohet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5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ngastrën</w:t>
      </w:r>
      <w:proofErr w:type="spellEnd"/>
      <w:r w:rsidR="00325A38">
        <w:rPr>
          <w:rFonts w:eastAsia="Helvetica" w:cs="Helvetica"/>
          <w:szCs w:val="21"/>
        </w:rPr>
        <w:t xml:space="preserve"> 2382-0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1,200 m² (12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00 m²) e </w:t>
      </w:r>
      <w:proofErr w:type="spellStart"/>
      <w:r w:rsidR="00325A38">
        <w:rPr>
          <w:rFonts w:eastAsia="Helvetica" w:cs="Helvetica"/>
          <w:szCs w:val="21"/>
        </w:rPr>
        <w:t>cila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evidentohet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3. </w:t>
      </w:r>
      <w:proofErr w:type="spellStart"/>
      <w:r w:rsidR="00325A38">
        <w:rPr>
          <w:rFonts w:eastAsia="Helvetica" w:cs="Helvetica"/>
          <w:szCs w:val="21"/>
        </w:rPr>
        <w:t>Ngastrat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jugore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Bajë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mirëfillte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110971C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7C7A1AF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369DB0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112 €/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F03D50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4481C2AC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Fi-727/89</w:t>
      </w:r>
    </w:p>
    <w:p w14:paraId="41160E7C" w14:textId="77777777" w:rsidR="00862A5C" w:rsidRDefault="004C506B">
      <w:pPr>
        <w:keepNext/>
        <w:keepLines/>
        <w:jc w:val="both"/>
      </w:pPr>
      <w:hyperlink r:id="rId151" w:tooltip="Hap memorandumin e Njësisë 138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nr.138: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Ngastra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02023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Bajë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-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përbëhet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nga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1,646 m² (16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46 m²),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4.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gjindet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jugore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kadastrale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Bajë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Rruga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asfaltuar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është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afër</w:t>
      </w:r>
      <w:proofErr w:type="spellEnd"/>
      <w:r w:rsidR="00325A38">
        <w:rPr>
          <w:rFonts w:eastAsia="Helvetica" w:cs="Helvetica"/>
          <w:szCs w:val="21"/>
        </w:rPr>
        <w:t xml:space="preserve">, por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mirëfilltë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C92454F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0636884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516245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112 €/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D7C172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2279BC72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Produkti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 Fi-727/89</w:t>
      </w:r>
    </w:p>
    <w:p w14:paraId="333F259A" w14:textId="77777777" w:rsidR="00862A5C" w:rsidRDefault="004C506B">
      <w:pPr>
        <w:keepNext/>
        <w:keepLines/>
        <w:jc w:val="both"/>
      </w:pPr>
      <w:hyperlink r:id="rId152" w:tooltip="Hap memorandumin e Njësisë 139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nr.139: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Ngastra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01158-0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Dubovc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8,846 m² (88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46 m²),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kullosë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6. </w:t>
      </w:r>
      <w:proofErr w:type="spellStart"/>
      <w:r w:rsidR="00325A38">
        <w:rPr>
          <w:rFonts w:eastAsia="Helvetica" w:cs="Helvetica"/>
          <w:szCs w:val="21"/>
        </w:rPr>
        <w:t>Ngastra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perendimore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Dubovc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një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kalojnë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disa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Megjithatë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CD7B421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89243A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3E3A858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320 €/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620A14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3,000 €</w:t>
            </w:r>
          </w:p>
        </w:tc>
      </w:tr>
    </w:tbl>
    <w:p w14:paraId="4A260438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: Elan, Fi. 791/89</w:t>
      </w:r>
    </w:p>
    <w:p w14:paraId="2F7CB4F5" w14:textId="77777777" w:rsidR="00862A5C" w:rsidRDefault="004C506B">
      <w:pPr>
        <w:keepNext/>
        <w:keepLines/>
        <w:jc w:val="both"/>
      </w:pPr>
      <w:hyperlink r:id="rId153" w:tooltip="Hap memorandumin e Njësisë 140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nr.140: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Ngastra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01263-0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Dubovc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5,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nje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siperfaqe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7,718 m² (77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18 m²), e </w:t>
      </w:r>
      <w:proofErr w:type="spellStart"/>
      <w:r w:rsidR="00325A38">
        <w:rPr>
          <w:rFonts w:eastAsia="Helvetica" w:cs="Helvetica"/>
          <w:szCs w:val="21"/>
        </w:rPr>
        <w:t>cila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perëndimore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Dubovc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4B71D0CC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E36E1F6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7A8774B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76 €/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3996060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6863F9EC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: Elan, Fi. 791/89</w:t>
      </w:r>
    </w:p>
    <w:p w14:paraId="5E77CE70" w14:textId="77777777" w:rsidR="00862A5C" w:rsidRDefault="004C506B">
      <w:pPr>
        <w:keepNext/>
        <w:keepLines/>
        <w:jc w:val="both"/>
      </w:pPr>
      <w:hyperlink r:id="rId154" w:tooltip="Hap memorandumin e Njësisë 141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nr.141: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nr.177-2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177-3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Baicë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7,756 m² (77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56 m²) e </w:t>
      </w:r>
      <w:proofErr w:type="spellStart"/>
      <w:r w:rsidR="00325A38">
        <w:rPr>
          <w:rFonts w:eastAsia="Helvetica" w:cs="Helvetica"/>
          <w:szCs w:val="21"/>
        </w:rPr>
        <w:t>cila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shtrihet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Baicë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Istog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nr.177-2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948 m²,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4 </w:t>
      </w:r>
      <w:proofErr w:type="spellStart"/>
      <w:r w:rsidR="00325A38">
        <w:rPr>
          <w:rFonts w:eastAsia="Helvetica" w:cs="Helvetica"/>
          <w:szCs w:val="21"/>
        </w:rPr>
        <w:t>si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nr.177-3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6,808 m²,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4. </w:t>
      </w:r>
      <w:proofErr w:type="spellStart"/>
      <w:r w:rsidR="00325A38">
        <w:rPr>
          <w:rFonts w:eastAsia="Helvetica" w:cs="Helvetica"/>
          <w:szCs w:val="21"/>
        </w:rPr>
        <w:t>Prona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publike</w:t>
      </w:r>
      <w:proofErr w:type="spellEnd"/>
      <w:r w:rsidR="00325A38">
        <w:rPr>
          <w:rFonts w:eastAsia="Helvetica" w:cs="Helvetica"/>
          <w:szCs w:val="21"/>
        </w:rPr>
        <w:t xml:space="preserve"> nr.164, ka </w:t>
      </w:r>
      <w:proofErr w:type="spellStart"/>
      <w:r w:rsidR="00325A38">
        <w:rPr>
          <w:rFonts w:eastAsia="Helvetica" w:cs="Helvetica"/>
          <w:szCs w:val="21"/>
        </w:rPr>
        <w:t>devijim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publike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trotuarit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78 m²,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pjesën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veriore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parceles</w:t>
      </w:r>
      <w:proofErr w:type="spellEnd"/>
      <w:r w:rsidR="00325A38">
        <w:rPr>
          <w:rFonts w:eastAsia="Helvetica" w:cs="Helvetica"/>
          <w:szCs w:val="21"/>
        </w:rPr>
        <w:t xml:space="preserve"> nr.177-3.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E539A7F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35379A9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313389D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1,080 €/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13D0E2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8,000 €</w:t>
            </w:r>
          </w:p>
        </w:tc>
      </w:tr>
    </w:tbl>
    <w:p w14:paraId="285ACECF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Burimi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Fi: 167/91; Fi:147/85</w:t>
      </w:r>
    </w:p>
    <w:p w14:paraId="3EBC986B" w14:textId="77777777" w:rsidR="00862A5C" w:rsidRDefault="004C506B">
      <w:pPr>
        <w:keepNext/>
        <w:keepLines/>
        <w:jc w:val="both"/>
      </w:pPr>
      <w:hyperlink r:id="rId155" w:tooltip="Hap memorandumin e Njësisë 142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nr.142: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 8-1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Budisalc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nr.8-1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6,930 m² (69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30 m²)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3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Budisalc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Klinë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Prona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publike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7779C2E7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43003B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210B117F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144 €/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40AAE75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15371101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Liria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Fi.593-89</w:t>
      </w:r>
    </w:p>
    <w:p w14:paraId="7C941B37" w14:textId="77777777" w:rsidR="00862A5C" w:rsidRDefault="004C506B">
      <w:pPr>
        <w:keepNext/>
        <w:keepLines/>
        <w:jc w:val="both"/>
      </w:pPr>
      <w:hyperlink r:id="rId156" w:tooltip="Hap memorandumin e Njësisë 143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nr.143: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 576-1, 576-2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576-3</w:t>
        </w:r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nr.576-1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3,717 m²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5,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nr.576-2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1,310 m²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livadh</w:t>
      </w:r>
      <w:proofErr w:type="spellEnd"/>
      <w:r w:rsidR="00325A38">
        <w:rPr>
          <w:rFonts w:eastAsia="Helvetica" w:cs="Helvetica"/>
          <w:szCs w:val="21"/>
        </w:rPr>
        <w:t xml:space="preserve"> i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5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nr.576-3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3,526 m²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klasës</w:t>
      </w:r>
      <w:proofErr w:type="spellEnd"/>
      <w:r w:rsidR="00325A38">
        <w:rPr>
          <w:rFonts w:eastAsia="Helvetica" w:cs="Helvetica"/>
          <w:szCs w:val="21"/>
        </w:rPr>
        <w:t xml:space="preserve"> 5,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8,553 m² (85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53 m²),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ZK </w:t>
      </w:r>
      <w:proofErr w:type="spellStart"/>
      <w:r w:rsidR="00325A38">
        <w:rPr>
          <w:rFonts w:eastAsia="Helvetica" w:cs="Helvetica"/>
          <w:szCs w:val="21"/>
        </w:rPr>
        <w:t>Shupel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Klinë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Prona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publike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39C00D60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58E51499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6754291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1,080 €/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22B94CB2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9,000 €</w:t>
            </w:r>
          </w:p>
        </w:tc>
      </w:tr>
    </w:tbl>
    <w:p w14:paraId="17CDE502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KB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Shtupel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Fi.170-91</w:t>
      </w:r>
    </w:p>
    <w:p w14:paraId="50D73BFE" w14:textId="77777777" w:rsidR="00862A5C" w:rsidRDefault="004C506B">
      <w:pPr>
        <w:keepNext/>
        <w:keepLines/>
        <w:jc w:val="both"/>
      </w:pPr>
      <w:hyperlink r:id="rId157" w:tooltip="Hap memorandumin e Njësisë 144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nr.144: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Parcelat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nr.1340-1, 1340-2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dhe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1340-3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Shushicë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ofron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përgjithshme</w:t>
      </w:r>
      <w:proofErr w:type="spellEnd"/>
      <w:r w:rsidR="00325A38">
        <w:rPr>
          <w:rFonts w:eastAsia="Helvetica" w:cs="Helvetica"/>
          <w:szCs w:val="21"/>
        </w:rPr>
        <w:t xml:space="preserve"> 2670 m² (26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70 m²) </w:t>
      </w:r>
      <w:proofErr w:type="spellStart"/>
      <w:r w:rsidR="00325A38">
        <w:rPr>
          <w:rFonts w:eastAsia="Helvetica" w:cs="Helvetica"/>
          <w:szCs w:val="21"/>
        </w:rPr>
        <w:t>që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nr.1340-1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430 m² (4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30 m²)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shtëpi</w:t>
      </w:r>
      <w:proofErr w:type="spellEnd"/>
      <w:r w:rsidR="00325A38">
        <w:rPr>
          <w:rFonts w:eastAsia="Helvetica" w:cs="Helvetica"/>
          <w:szCs w:val="21"/>
        </w:rPr>
        <w:t>/</w:t>
      </w:r>
      <w:proofErr w:type="spellStart"/>
      <w:r w:rsidR="00325A38">
        <w:rPr>
          <w:rFonts w:eastAsia="Helvetica" w:cs="Helvetica"/>
          <w:szCs w:val="21"/>
        </w:rPr>
        <w:t>ndërtesë</w:t>
      </w:r>
      <w:proofErr w:type="spellEnd"/>
      <w:r w:rsidR="00325A38">
        <w:rPr>
          <w:rFonts w:eastAsia="Helvetica" w:cs="Helvetica"/>
          <w:szCs w:val="21"/>
        </w:rPr>
        <w:t>/</w:t>
      </w:r>
      <w:proofErr w:type="spellStart"/>
      <w:r w:rsidR="00325A38">
        <w:rPr>
          <w:rFonts w:eastAsia="Helvetica" w:cs="Helvetica"/>
          <w:szCs w:val="21"/>
        </w:rPr>
        <w:t>oborr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nr.1340-2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1,420 m² (14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20 m²)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klasa</w:t>
      </w:r>
      <w:proofErr w:type="spellEnd"/>
      <w:r w:rsidR="00325A38">
        <w:rPr>
          <w:rFonts w:eastAsia="Helvetica" w:cs="Helvetica"/>
          <w:szCs w:val="21"/>
        </w:rPr>
        <w:t xml:space="preserve"> 5 </w:t>
      </w:r>
      <w:proofErr w:type="spellStart"/>
      <w:r w:rsidR="00325A38">
        <w:rPr>
          <w:rFonts w:eastAsia="Helvetica" w:cs="Helvetica"/>
          <w:szCs w:val="21"/>
        </w:rPr>
        <w:t>si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nr.1340-3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820 m² (8 </w:t>
      </w:r>
      <w:proofErr w:type="spellStart"/>
      <w:r w:rsidR="00325A38">
        <w:rPr>
          <w:rFonts w:eastAsia="Helvetica" w:cs="Helvetica"/>
          <w:szCs w:val="21"/>
        </w:rPr>
        <w:t>ari</w:t>
      </w:r>
      <w:proofErr w:type="spellEnd"/>
      <w:r w:rsidR="00325A38">
        <w:rPr>
          <w:rFonts w:eastAsia="Helvetica" w:cs="Helvetica"/>
          <w:szCs w:val="21"/>
        </w:rPr>
        <w:t xml:space="preserve"> 20 m²)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bujqësore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pemishte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klasa</w:t>
      </w:r>
      <w:proofErr w:type="spellEnd"/>
      <w:r w:rsidR="00325A38">
        <w:rPr>
          <w:rFonts w:eastAsia="Helvetica" w:cs="Helvetica"/>
          <w:szCs w:val="21"/>
        </w:rPr>
        <w:t xml:space="preserve"> 4. </w:t>
      </w:r>
      <w:proofErr w:type="spellStart"/>
      <w:r w:rsidR="00325A38">
        <w:rPr>
          <w:rFonts w:eastAsia="Helvetica" w:cs="Helvetica"/>
          <w:szCs w:val="21"/>
        </w:rPr>
        <w:t>Parcelat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kanë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publike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0FCB6B3C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6C2556F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Arë</w:t>
            </w:r>
            <w:proofErr w:type="spellEnd"/>
          </w:p>
        </w:tc>
        <w:tc>
          <w:tcPr>
            <w:tcW w:w="3026" w:type="dxa"/>
            <w:vAlign w:val="center"/>
          </w:tcPr>
          <w:p w14:paraId="6F8522F4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120 €/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619AEEE3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09DD9E70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Dubrava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Fi.77-79 Fi.268-89</w:t>
      </w:r>
    </w:p>
    <w:p w14:paraId="1613E6A9" w14:textId="77777777" w:rsidR="00862A5C" w:rsidRDefault="004C506B">
      <w:pPr>
        <w:keepNext/>
        <w:keepLines/>
        <w:jc w:val="both"/>
      </w:pPr>
      <w:hyperlink r:id="rId158" w:tooltip="Hap memorandumin e Njësisë 145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nr.145: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Parcela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679-0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në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ZK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Orobërd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parcelën</w:t>
      </w:r>
      <w:proofErr w:type="spellEnd"/>
      <w:r w:rsidR="00325A38">
        <w:rPr>
          <w:rFonts w:eastAsia="Helvetica" w:cs="Helvetica"/>
          <w:szCs w:val="21"/>
        </w:rPr>
        <w:t xml:space="preserve"> nr.679-0 me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prej</w:t>
      </w:r>
      <w:proofErr w:type="spellEnd"/>
      <w:r w:rsidR="00325A38">
        <w:rPr>
          <w:rFonts w:eastAsia="Helvetica" w:cs="Helvetica"/>
          <w:szCs w:val="21"/>
        </w:rPr>
        <w:t xml:space="preserve"> 40 m² me </w:t>
      </w:r>
      <w:proofErr w:type="spellStart"/>
      <w:r w:rsidR="00325A38">
        <w:rPr>
          <w:rFonts w:eastAsia="Helvetica" w:cs="Helvetica"/>
          <w:szCs w:val="21"/>
        </w:rPr>
        <w:t>kulturë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tokë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ndërtimore</w:t>
      </w:r>
      <w:proofErr w:type="spellEnd"/>
      <w:r w:rsidR="00325A38">
        <w:rPr>
          <w:rFonts w:eastAsia="Helvetica" w:cs="Helvetica"/>
          <w:szCs w:val="21"/>
        </w:rPr>
        <w:t>/</w:t>
      </w:r>
      <w:proofErr w:type="spellStart"/>
      <w:r w:rsidR="00325A38">
        <w:rPr>
          <w:rFonts w:eastAsia="Helvetica" w:cs="Helvetica"/>
          <w:szCs w:val="21"/>
        </w:rPr>
        <w:t>shtëpi-ndërtesë</w:t>
      </w:r>
      <w:proofErr w:type="spellEnd"/>
      <w:r w:rsidR="00325A38">
        <w:rPr>
          <w:rFonts w:eastAsia="Helvetica" w:cs="Helvetica"/>
          <w:szCs w:val="21"/>
        </w:rPr>
        <w:t xml:space="preserve">, ZK </w:t>
      </w:r>
      <w:proofErr w:type="spellStart"/>
      <w:r w:rsidR="00325A38">
        <w:rPr>
          <w:rFonts w:eastAsia="Helvetica" w:cs="Helvetica"/>
          <w:szCs w:val="21"/>
        </w:rPr>
        <w:t>Orobërdë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komuna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Istog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Parcela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ka </w:t>
      </w:r>
      <w:proofErr w:type="spellStart"/>
      <w:r w:rsidR="00325A38">
        <w:rPr>
          <w:rFonts w:eastAsia="Helvetica" w:cs="Helvetica"/>
          <w:szCs w:val="21"/>
        </w:rPr>
        <w:t>qasje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rrugë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publike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7E815320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1484AF2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Pronë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komerciale</w:t>
            </w:r>
            <w:proofErr w:type="spellEnd"/>
          </w:p>
        </w:tc>
        <w:tc>
          <w:tcPr>
            <w:tcW w:w="3026" w:type="dxa"/>
            <w:vAlign w:val="center"/>
          </w:tcPr>
          <w:p w14:paraId="4140F34A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2,800 €/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ari</w:t>
            </w:r>
            <w:proofErr w:type="spellEnd"/>
          </w:p>
        </w:tc>
        <w:tc>
          <w:tcPr>
            <w:tcW w:w="3026" w:type="dxa"/>
            <w:vAlign w:val="center"/>
          </w:tcPr>
          <w:p w14:paraId="73C24295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1,000 €</w:t>
            </w:r>
          </w:p>
        </w:tc>
      </w:tr>
    </w:tbl>
    <w:p w14:paraId="425EDC59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KBI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Dubrava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Fi.77-79 Fi.268-89</w:t>
      </w:r>
    </w:p>
    <w:p w14:paraId="4C38278F" w14:textId="77777777" w:rsidR="00862A5C" w:rsidRDefault="004C506B">
      <w:pPr>
        <w:keepNext/>
        <w:keepLines/>
        <w:jc w:val="both"/>
      </w:pPr>
      <w:hyperlink r:id="rId159" w:tooltip="Hap memorandumin e Njësisë 146" w:history="1"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Njësia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nr.146: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Njesia</w:t>
        </w:r>
        <w:proofErr w:type="spellEnd"/>
        <w:r w:rsidR="00325A38">
          <w:rPr>
            <w:rFonts w:eastAsia="Helvetica" w:cs="Helvetica"/>
            <w:b/>
            <w:color w:val="B31E8D"/>
            <w:szCs w:val="21"/>
            <w:u w:val="single"/>
          </w:rPr>
          <w:t xml:space="preserve"> e </w:t>
        </w:r>
        <w:proofErr w:type="spellStart"/>
        <w:r w:rsidR="00325A38">
          <w:rPr>
            <w:rFonts w:eastAsia="Helvetica" w:cs="Helvetica"/>
            <w:b/>
            <w:color w:val="B31E8D"/>
            <w:szCs w:val="21"/>
            <w:u w:val="single"/>
          </w:rPr>
          <w:t>Transportit</w:t>
        </w:r>
        <w:proofErr w:type="spellEnd"/>
      </w:hyperlink>
      <w:r w:rsidR="00325A38">
        <w:rPr>
          <w:rFonts w:eastAsia="Helvetica" w:cs="Helvetica"/>
          <w:szCs w:val="21"/>
        </w:rPr>
        <w:t xml:space="preserve"> - </w:t>
      </w:r>
      <w:proofErr w:type="spellStart"/>
      <w:r w:rsidR="00325A38">
        <w:rPr>
          <w:rFonts w:eastAsia="Helvetica" w:cs="Helvetica"/>
          <w:szCs w:val="21"/>
        </w:rPr>
        <w:t>përfshinë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objektin</w:t>
      </w:r>
      <w:proofErr w:type="spellEnd"/>
      <w:r w:rsidR="00325A38">
        <w:rPr>
          <w:rFonts w:eastAsia="Helvetica" w:cs="Helvetica"/>
          <w:szCs w:val="21"/>
        </w:rPr>
        <w:t xml:space="preserve"> e </w:t>
      </w:r>
      <w:proofErr w:type="spellStart"/>
      <w:r w:rsidR="00325A38">
        <w:rPr>
          <w:rFonts w:eastAsia="Helvetica" w:cs="Helvetica"/>
          <w:szCs w:val="21"/>
        </w:rPr>
        <w:t>njësisë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transportit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sipërfaqe</w:t>
      </w:r>
      <w:proofErr w:type="spellEnd"/>
      <w:r w:rsidR="00325A38">
        <w:rPr>
          <w:rFonts w:eastAsia="Helvetica" w:cs="Helvetica"/>
          <w:szCs w:val="21"/>
        </w:rPr>
        <w:t xml:space="preserve"> 309 m² </w:t>
      </w:r>
      <w:proofErr w:type="spellStart"/>
      <w:r w:rsidR="00325A38">
        <w:rPr>
          <w:rFonts w:eastAsia="Helvetica" w:cs="Helvetica"/>
          <w:szCs w:val="21"/>
        </w:rPr>
        <w:t>sipas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listës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aseteve</w:t>
      </w:r>
      <w:proofErr w:type="spellEnd"/>
      <w:r w:rsidR="00325A38">
        <w:rPr>
          <w:rFonts w:eastAsia="Helvetica" w:cs="Helvetica"/>
          <w:szCs w:val="21"/>
        </w:rPr>
        <w:t xml:space="preserve">, </w:t>
      </w:r>
      <w:proofErr w:type="spellStart"/>
      <w:r w:rsidR="00325A38">
        <w:rPr>
          <w:rFonts w:eastAsia="Helvetica" w:cs="Helvetica"/>
          <w:szCs w:val="21"/>
        </w:rPr>
        <w:t>ndërsa</w:t>
      </w:r>
      <w:proofErr w:type="spellEnd"/>
      <w:r w:rsidR="00325A38">
        <w:rPr>
          <w:rFonts w:eastAsia="Helvetica" w:cs="Helvetica"/>
          <w:szCs w:val="21"/>
        </w:rPr>
        <w:t xml:space="preserve"> 325 m² </w:t>
      </w:r>
      <w:proofErr w:type="spellStart"/>
      <w:r w:rsidR="00325A38">
        <w:rPr>
          <w:rFonts w:eastAsia="Helvetica" w:cs="Helvetica"/>
          <w:szCs w:val="21"/>
        </w:rPr>
        <w:t>sipas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matjeve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terren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Toka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ku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objekti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evidentohet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emër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NSH-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dhe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nuk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përfshihet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shitje</w:t>
      </w:r>
      <w:proofErr w:type="spellEnd"/>
      <w:r w:rsidR="00325A38">
        <w:rPr>
          <w:rFonts w:eastAsia="Helvetica" w:cs="Helvetica"/>
          <w:szCs w:val="21"/>
        </w:rPr>
        <w:t xml:space="preserve">. </w:t>
      </w:r>
      <w:proofErr w:type="spellStart"/>
      <w:r w:rsidR="00325A38">
        <w:rPr>
          <w:rFonts w:eastAsia="Helvetica" w:cs="Helvetica"/>
          <w:szCs w:val="21"/>
        </w:rPr>
        <w:t>Objekti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ndodhet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afër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Fabrikës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Birrës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në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Zonën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Industriale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Komunës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Pejës</w:t>
      </w:r>
      <w:proofErr w:type="spellEnd"/>
      <w:r w:rsidR="00325A38">
        <w:rPr>
          <w:rFonts w:eastAsia="Helvetica" w:cs="Helvetica"/>
          <w:szCs w:val="21"/>
        </w:rPr>
        <w:t xml:space="preserve">. Ky </w:t>
      </w:r>
      <w:proofErr w:type="spellStart"/>
      <w:r w:rsidR="00325A38">
        <w:rPr>
          <w:rFonts w:eastAsia="Helvetica" w:cs="Helvetica"/>
          <w:szCs w:val="21"/>
        </w:rPr>
        <w:t>aset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shfrytëzohet</w:t>
      </w:r>
      <w:proofErr w:type="spellEnd"/>
      <w:r w:rsidR="00325A38">
        <w:rPr>
          <w:rFonts w:eastAsia="Helvetica" w:cs="Helvetica"/>
          <w:szCs w:val="21"/>
        </w:rPr>
        <w:t xml:space="preserve"> me </w:t>
      </w:r>
      <w:proofErr w:type="spellStart"/>
      <w:r w:rsidR="00325A38">
        <w:rPr>
          <w:rFonts w:eastAsia="Helvetica" w:cs="Helvetica"/>
          <w:szCs w:val="21"/>
        </w:rPr>
        <w:t>kontratë</w:t>
      </w:r>
      <w:proofErr w:type="spellEnd"/>
      <w:r w:rsidR="00325A38">
        <w:rPr>
          <w:rFonts w:eastAsia="Helvetica" w:cs="Helvetica"/>
          <w:szCs w:val="21"/>
        </w:rPr>
        <w:t xml:space="preserve"> </w:t>
      </w:r>
      <w:proofErr w:type="spellStart"/>
      <w:r w:rsidR="00325A38">
        <w:rPr>
          <w:rFonts w:eastAsia="Helvetica" w:cs="Helvetica"/>
          <w:szCs w:val="21"/>
        </w:rPr>
        <w:t>qiraje</w:t>
      </w:r>
      <w:proofErr w:type="spellEnd"/>
      <w:r w:rsidR="00325A38">
        <w:rPr>
          <w:rFonts w:eastAsia="Helvetica" w:cs="Helvetica"/>
          <w:szCs w:val="21"/>
        </w:rPr>
        <w:t>.</w:t>
      </w:r>
    </w:p>
    <w:tbl>
      <w:tblPr>
        <w:tblW w:w="907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val="04A0" w:firstRow="1" w:lastRow="0" w:firstColumn="1" w:lastColumn="0" w:noHBand="0" w:noVBand="1"/>
      </w:tblPr>
      <w:tblGrid>
        <w:gridCol w:w="3026"/>
        <w:gridCol w:w="3026"/>
        <w:gridCol w:w="3026"/>
      </w:tblGrid>
      <w:tr w:rsidR="00862A5C" w14:paraId="1878E2B6" w14:textId="77777777">
        <w:trPr>
          <w:cantSplit/>
          <w:jc w:val="center"/>
        </w:trPr>
        <w:tc>
          <w:tcPr>
            <w:tcW w:w="3026" w:type="dxa"/>
            <w:vAlign w:val="center"/>
          </w:tcPr>
          <w:p w14:paraId="21528200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Kategoria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potenciale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për</w:t>
            </w:r>
            <w:proofErr w:type="spellEnd"/>
            <w:r>
              <w:rPr>
                <w:rFonts w:eastAsia="Helvetica" w:cs="Helvetica"/>
                <w:b/>
                <w:szCs w:val="21"/>
              </w:rPr>
              <w:br/>
            </w:r>
            <w:proofErr w:type="spellStart"/>
            <w:r>
              <w:rPr>
                <w:rFonts w:eastAsia="Helvetica" w:cs="Helvetica"/>
                <w:b/>
                <w:szCs w:val="21"/>
              </w:rPr>
              <w:t>shfrytëzim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: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Objekt</w:t>
            </w:r>
            <w:proofErr w:type="spellEnd"/>
          </w:p>
        </w:tc>
        <w:tc>
          <w:tcPr>
            <w:tcW w:w="3026" w:type="dxa"/>
            <w:vAlign w:val="center"/>
          </w:tcPr>
          <w:p w14:paraId="755206CC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Çmimi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minimal: 308 €/m²</w:t>
            </w:r>
          </w:p>
        </w:tc>
        <w:tc>
          <w:tcPr>
            <w:tcW w:w="3026" w:type="dxa"/>
            <w:vAlign w:val="center"/>
          </w:tcPr>
          <w:p w14:paraId="66DBC747" w14:textId="77777777" w:rsidR="00862A5C" w:rsidRDefault="00325A38">
            <w:pPr>
              <w:keepNext/>
              <w:jc w:val="center"/>
            </w:pPr>
            <w:proofErr w:type="spellStart"/>
            <w:r>
              <w:rPr>
                <w:rFonts w:eastAsia="Helvetica" w:cs="Helvetica"/>
                <w:b/>
                <w:szCs w:val="21"/>
              </w:rPr>
              <w:t>Depozita</w:t>
            </w:r>
            <w:proofErr w:type="spellEnd"/>
            <w:r>
              <w:rPr>
                <w:rFonts w:eastAsia="Helvetica" w:cs="Helvetica"/>
                <w:b/>
                <w:szCs w:val="21"/>
              </w:rPr>
              <w:t xml:space="preserve"> e </w:t>
            </w:r>
            <w:proofErr w:type="spellStart"/>
            <w:r>
              <w:rPr>
                <w:rFonts w:eastAsia="Helvetica" w:cs="Helvetica"/>
                <w:b/>
                <w:szCs w:val="21"/>
              </w:rPr>
              <w:t>ofertës</w:t>
            </w:r>
            <w:proofErr w:type="spellEnd"/>
            <w:r>
              <w:rPr>
                <w:rFonts w:eastAsia="Helvetica" w:cs="Helvetica"/>
                <w:b/>
                <w:szCs w:val="21"/>
              </w:rPr>
              <w:t>: 10,000 €</w:t>
            </w:r>
          </w:p>
        </w:tc>
      </w:tr>
    </w:tbl>
    <w:p w14:paraId="709E1384" w14:textId="77777777" w:rsidR="00862A5C" w:rsidRDefault="00325A38">
      <w:pPr>
        <w:keepLines/>
        <w:spacing w:after="280" w:line="218" w:lineRule="exact"/>
      </w:pPr>
      <w:proofErr w:type="spellStart"/>
      <w:r>
        <w:rPr>
          <w:rFonts w:eastAsia="Helvetica" w:cs="Helvetica"/>
          <w:i/>
          <w:iCs/>
          <w:color w:val="333333"/>
          <w:szCs w:val="21"/>
        </w:rPr>
        <w:t>Emrat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mëparshëm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dhe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Fi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numrat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: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Fabrika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iCs/>
          <w:color w:val="333333"/>
          <w:szCs w:val="21"/>
        </w:rPr>
        <w:t>Birrës</w:t>
      </w:r>
      <w:proofErr w:type="spellEnd"/>
      <w:r>
        <w:rPr>
          <w:rFonts w:eastAsia="Helvetica" w:cs="Helvetica"/>
          <w:i/>
          <w:iCs/>
          <w:color w:val="333333"/>
          <w:szCs w:val="21"/>
        </w:rPr>
        <w:t>, Fi 521/89</w:t>
      </w:r>
    </w:p>
    <w:p w14:paraId="7B5FA004" w14:textId="77777777" w:rsidR="00862A5C" w:rsidRDefault="00325A38">
      <w:pPr>
        <w:keepNext/>
        <w:keepLines/>
        <w:spacing w:before="40" w:after="160"/>
        <w:jc w:val="center"/>
      </w:pPr>
      <w:proofErr w:type="spellStart"/>
      <w:r>
        <w:rPr>
          <w:rFonts w:eastAsia="Helvetica" w:cs="Helvetica"/>
          <w:b/>
          <w:color w:val="333333"/>
          <w:szCs w:val="21"/>
        </w:rPr>
        <w:lastRenderedPageBreak/>
        <w:t>Sipërfaqet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b/>
          <w:color w:val="333333"/>
          <w:szCs w:val="21"/>
        </w:rPr>
        <w:t>sakta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për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të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gjitha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Njësitë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do </w:t>
      </w:r>
      <w:proofErr w:type="spellStart"/>
      <w:r>
        <w:rPr>
          <w:rFonts w:eastAsia="Helvetica" w:cs="Helvetica"/>
          <w:b/>
          <w:color w:val="333333"/>
          <w:szCs w:val="21"/>
        </w:rPr>
        <w:t>të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mund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t’i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merrni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në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Memorandumin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Final </w:t>
      </w:r>
      <w:proofErr w:type="spellStart"/>
      <w:r>
        <w:rPr>
          <w:rFonts w:eastAsia="Helvetica" w:cs="Helvetica"/>
          <w:b/>
          <w:color w:val="333333"/>
          <w:szCs w:val="21"/>
        </w:rPr>
        <w:t>të</w:t>
      </w:r>
      <w:proofErr w:type="spellEnd"/>
      <w:r>
        <w:rPr>
          <w:rFonts w:eastAsia="Helvetica" w:cs="Helvetica"/>
          <w:b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b/>
          <w:color w:val="333333"/>
          <w:szCs w:val="21"/>
        </w:rPr>
        <w:t>Informatave</w:t>
      </w:r>
      <w:proofErr w:type="spellEnd"/>
    </w:p>
    <w:p w14:paraId="1E8ABD67" w14:textId="77777777" w:rsidR="00862A5C" w:rsidRDefault="00325A38">
      <w:pPr>
        <w:keepNext/>
        <w:keepLines/>
        <w:spacing w:line="218" w:lineRule="exact"/>
        <w:jc w:val="center"/>
      </w:pPr>
      <w:proofErr w:type="spellStart"/>
      <w:r>
        <w:rPr>
          <w:rFonts w:eastAsia="Helvetica" w:cs="Helvetica"/>
          <w:i/>
          <w:color w:val="333333"/>
          <w:szCs w:val="21"/>
        </w:rPr>
        <w:t>Investitorët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potencial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inkurajohen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të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kontaktojnë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Agjencinë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Kosovare </w:t>
      </w:r>
      <w:proofErr w:type="spellStart"/>
      <w:r>
        <w:rPr>
          <w:rFonts w:eastAsia="Helvetica" w:cs="Helvetica"/>
          <w:i/>
          <w:color w:val="333333"/>
          <w:szCs w:val="21"/>
        </w:rPr>
        <w:t>të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Privatizimit (AKP) </w:t>
      </w:r>
      <w:proofErr w:type="spellStart"/>
      <w:r>
        <w:rPr>
          <w:rFonts w:eastAsia="Helvetica" w:cs="Helvetica"/>
          <w:i/>
          <w:color w:val="333333"/>
          <w:szCs w:val="21"/>
        </w:rPr>
        <w:t>për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të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kërkuar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dokumentet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color w:val="333333"/>
          <w:szCs w:val="21"/>
        </w:rPr>
        <w:t>tenderit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. Ata </w:t>
      </w:r>
      <w:proofErr w:type="spellStart"/>
      <w:r>
        <w:rPr>
          <w:rFonts w:eastAsia="Helvetica" w:cs="Helvetica"/>
          <w:i/>
          <w:color w:val="333333"/>
          <w:szCs w:val="21"/>
        </w:rPr>
        <w:t>të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cilët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dëshirojnë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të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paraqesin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ofertë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duhet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të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llogarisin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në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hulumtimet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color w:val="333333"/>
          <w:szCs w:val="21"/>
        </w:rPr>
        <w:t>tyre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. </w:t>
      </w:r>
      <w:proofErr w:type="spellStart"/>
      <w:r>
        <w:rPr>
          <w:rFonts w:eastAsia="Helvetica" w:cs="Helvetica"/>
          <w:i/>
          <w:color w:val="333333"/>
          <w:szCs w:val="21"/>
        </w:rPr>
        <w:t>Investitorët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potencial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këshillohen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të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bëjnë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verifikimin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e </w:t>
      </w:r>
      <w:proofErr w:type="spellStart"/>
      <w:r>
        <w:rPr>
          <w:rFonts w:eastAsia="Helvetica" w:cs="Helvetica"/>
          <w:i/>
          <w:color w:val="333333"/>
          <w:szCs w:val="21"/>
        </w:rPr>
        <w:t>të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dhënave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vet para se </w:t>
      </w:r>
      <w:proofErr w:type="spellStart"/>
      <w:r>
        <w:rPr>
          <w:rFonts w:eastAsia="Helvetica" w:cs="Helvetica"/>
          <w:i/>
          <w:color w:val="333333"/>
          <w:szCs w:val="21"/>
        </w:rPr>
        <w:t>të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paraqesin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ndonjë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ofertë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ose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propozim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</w:t>
      </w:r>
      <w:proofErr w:type="spellStart"/>
      <w:r>
        <w:rPr>
          <w:rFonts w:eastAsia="Helvetica" w:cs="Helvetica"/>
          <w:i/>
          <w:color w:val="333333"/>
          <w:szCs w:val="21"/>
        </w:rPr>
        <w:t>për</w:t>
      </w:r>
      <w:proofErr w:type="spellEnd"/>
      <w:r>
        <w:rPr>
          <w:rFonts w:eastAsia="Helvetica" w:cs="Helvetica"/>
          <w:i/>
          <w:color w:val="333333"/>
          <w:szCs w:val="21"/>
        </w:rPr>
        <w:t xml:space="preserve"> tender.</w:t>
      </w:r>
    </w:p>
    <w:p w14:paraId="4B90ED50" w14:textId="77777777" w:rsidR="00862A5C" w:rsidRDefault="00325A38">
      <w:pPr>
        <w:keepNext/>
        <w:keepLines/>
        <w:spacing w:before="210" w:line="218" w:lineRule="exact"/>
        <w:jc w:val="center"/>
      </w:pPr>
      <w:proofErr w:type="spellStart"/>
      <w:r>
        <w:rPr>
          <w:rFonts w:eastAsia="Helvetica" w:cs="Helvetica"/>
          <w:i/>
          <w:szCs w:val="21"/>
        </w:rPr>
        <w:t>Informatat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që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janë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dhënë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në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këtë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publikim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mund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të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kenë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proofErr w:type="gramStart"/>
      <w:r>
        <w:rPr>
          <w:rFonts w:eastAsia="Helvetica" w:cs="Helvetica"/>
          <w:i/>
          <w:szCs w:val="21"/>
        </w:rPr>
        <w:t>pasaktësi,lëshime</w:t>
      </w:r>
      <w:proofErr w:type="spellEnd"/>
      <w:proofErr w:type="gramEnd"/>
      <w:r>
        <w:rPr>
          <w:rFonts w:eastAsia="Helvetica" w:cs="Helvetica"/>
          <w:i/>
          <w:szCs w:val="21"/>
        </w:rPr>
        <w:t xml:space="preserve">, </w:t>
      </w:r>
      <w:proofErr w:type="spellStart"/>
      <w:r>
        <w:rPr>
          <w:rFonts w:eastAsia="Helvetica" w:cs="Helvetica"/>
          <w:i/>
          <w:szCs w:val="21"/>
        </w:rPr>
        <w:t>ose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gabime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tipografike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për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të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cilat</w:t>
      </w:r>
      <w:proofErr w:type="spellEnd"/>
      <w:r>
        <w:rPr>
          <w:rFonts w:eastAsia="Helvetica" w:cs="Helvetica"/>
          <w:i/>
          <w:szCs w:val="21"/>
        </w:rPr>
        <w:t xml:space="preserve"> Agjencia Kosovare e Privatizimit </w:t>
      </w:r>
      <w:proofErr w:type="spellStart"/>
      <w:r>
        <w:rPr>
          <w:rFonts w:eastAsia="Helvetica" w:cs="Helvetica"/>
          <w:i/>
          <w:szCs w:val="21"/>
        </w:rPr>
        <w:t>nuk</w:t>
      </w:r>
      <w:proofErr w:type="spellEnd"/>
      <w:r>
        <w:rPr>
          <w:rFonts w:eastAsia="Helvetica" w:cs="Helvetica"/>
          <w:i/>
          <w:szCs w:val="21"/>
        </w:rPr>
        <w:t xml:space="preserve"> do </w:t>
      </w:r>
      <w:proofErr w:type="spellStart"/>
      <w:r>
        <w:rPr>
          <w:rFonts w:eastAsia="Helvetica" w:cs="Helvetica"/>
          <w:i/>
          <w:szCs w:val="21"/>
        </w:rPr>
        <w:t>të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jetë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në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asnjë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mënyrë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përgjegjëse</w:t>
      </w:r>
      <w:proofErr w:type="spellEnd"/>
      <w:r>
        <w:rPr>
          <w:rFonts w:eastAsia="Helvetica" w:cs="Helvetica"/>
          <w:i/>
          <w:szCs w:val="21"/>
        </w:rPr>
        <w:t xml:space="preserve"> e as </w:t>
      </w:r>
      <w:proofErr w:type="spellStart"/>
      <w:r>
        <w:rPr>
          <w:rFonts w:eastAsia="Helvetica" w:cs="Helvetica"/>
          <w:i/>
          <w:szCs w:val="21"/>
        </w:rPr>
        <w:t>nuk</w:t>
      </w:r>
      <w:proofErr w:type="spellEnd"/>
      <w:r>
        <w:rPr>
          <w:rFonts w:eastAsia="Helvetica" w:cs="Helvetica"/>
          <w:i/>
          <w:szCs w:val="21"/>
        </w:rPr>
        <w:t xml:space="preserve"> do </w:t>
      </w:r>
      <w:proofErr w:type="spellStart"/>
      <w:r>
        <w:rPr>
          <w:rFonts w:eastAsia="Helvetica" w:cs="Helvetica"/>
          <w:i/>
          <w:szCs w:val="21"/>
        </w:rPr>
        <w:t>të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pranojë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përgjegjësi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lidhur</w:t>
      </w:r>
      <w:proofErr w:type="spellEnd"/>
      <w:r>
        <w:rPr>
          <w:rFonts w:eastAsia="Helvetica" w:cs="Helvetica"/>
          <w:i/>
          <w:szCs w:val="21"/>
        </w:rPr>
        <w:t xml:space="preserve"> me </w:t>
      </w:r>
      <w:proofErr w:type="spellStart"/>
      <w:r>
        <w:rPr>
          <w:rFonts w:eastAsia="Helvetica" w:cs="Helvetica"/>
          <w:i/>
          <w:szCs w:val="21"/>
        </w:rPr>
        <w:t>përdorimin</w:t>
      </w:r>
      <w:proofErr w:type="spellEnd"/>
      <w:r>
        <w:rPr>
          <w:rFonts w:eastAsia="Helvetica" w:cs="Helvetica"/>
          <w:i/>
          <w:szCs w:val="21"/>
        </w:rPr>
        <w:t xml:space="preserve">, </w:t>
      </w:r>
      <w:proofErr w:type="spellStart"/>
      <w:r>
        <w:rPr>
          <w:rFonts w:eastAsia="Helvetica" w:cs="Helvetica"/>
          <w:i/>
          <w:szCs w:val="21"/>
        </w:rPr>
        <w:t>vlefshmërinë</w:t>
      </w:r>
      <w:proofErr w:type="spellEnd"/>
      <w:r>
        <w:rPr>
          <w:rFonts w:eastAsia="Helvetica" w:cs="Helvetica"/>
          <w:i/>
          <w:szCs w:val="21"/>
        </w:rPr>
        <w:t xml:space="preserve">, </w:t>
      </w:r>
      <w:proofErr w:type="spellStart"/>
      <w:r>
        <w:rPr>
          <w:rFonts w:eastAsia="Helvetica" w:cs="Helvetica"/>
          <w:i/>
          <w:szCs w:val="21"/>
        </w:rPr>
        <w:t>saktësinë</w:t>
      </w:r>
      <w:proofErr w:type="spellEnd"/>
      <w:r>
        <w:rPr>
          <w:rFonts w:eastAsia="Helvetica" w:cs="Helvetica"/>
          <w:i/>
          <w:szCs w:val="21"/>
        </w:rPr>
        <w:t xml:space="preserve">, </w:t>
      </w:r>
      <w:proofErr w:type="spellStart"/>
      <w:r>
        <w:rPr>
          <w:rFonts w:eastAsia="Helvetica" w:cs="Helvetica"/>
          <w:i/>
          <w:szCs w:val="21"/>
        </w:rPr>
        <w:t>plotësinë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ose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besueshmerinë</w:t>
      </w:r>
      <w:proofErr w:type="spellEnd"/>
      <w:r>
        <w:rPr>
          <w:rFonts w:eastAsia="Helvetica" w:cs="Helvetica"/>
          <w:i/>
          <w:szCs w:val="21"/>
        </w:rPr>
        <w:t xml:space="preserve">, pa </w:t>
      </w:r>
      <w:proofErr w:type="spellStart"/>
      <w:r>
        <w:rPr>
          <w:rFonts w:eastAsia="Helvetica" w:cs="Helvetica"/>
          <w:i/>
          <w:szCs w:val="21"/>
        </w:rPr>
        <w:t>marrë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parasysh</w:t>
      </w:r>
      <w:proofErr w:type="spellEnd"/>
      <w:r>
        <w:rPr>
          <w:rFonts w:eastAsia="Helvetica" w:cs="Helvetica"/>
          <w:i/>
          <w:szCs w:val="21"/>
        </w:rPr>
        <w:t xml:space="preserve"> </w:t>
      </w:r>
      <w:proofErr w:type="spellStart"/>
      <w:r>
        <w:rPr>
          <w:rFonts w:eastAsia="Helvetica" w:cs="Helvetica"/>
          <w:i/>
          <w:szCs w:val="21"/>
        </w:rPr>
        <w:t>natyrën</w:t>
      </w:r>
      <w:proofErr w:type="spellEnd"/>
      <w:r>
        <w:rPr>
          <w:rFonts w:eastAsia="Helvetica" w:cs="Helvetica"/>
          <w:i/>
          <w:szCs w:val="21"/>
        </w:rPr>
        <w:t xml:space="preserve"> e </w:t>
      </w:r>
      <w:proofErr w:type="spellStart"/>
      <w:r>
        <w:rPr>
          <w:rFonts w:eastAsia="Helvetica" w:cs="Helvetica"/>
          <w:i/>
          <w:szCs w:val="21"/>
        </w:rPr>
        <w:t>tyre</w:t>
      </w:r>
      <w:proofErr w:type="spellEnd"/>
      <w:r>
        <w:rPr>
          <w:rFonts w:eastAsia="Helvetica" w:cs="Helvetica"/>
          <w:i/>
          <w:szCs w:val="21"/>
        </w:rPr>
        <w:t>.</w:t>
      </w:r>
    </w:p>
    <w:sectPr w:rsidR="00862A5C" w:rsidSect="00034616">
      <w:footerReference w:type="default" r:id="rId160"/>
      <w:pgSz w:w="11906" w:h="16838"/>
      <w:pgMar w:top="1194" w:right="1388" w:bottom="1440" w:left="1440" w:header="400" w:footer="9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23FCA" w14:textId="77777777" w:rsidR="0088349B" w:rsidRDefault="00325A38">
      <w:pPr>
        <w:spacing w:line="240" w:lineRule="auto"/>
      </w:pPr>
      <w:r>
        <w:separator/>
      </w:r>
    </w:p>
  </w:endnote>
  <w:endnote w:type="continuationSeparator" w:id="0">
    <w:p w14:paraId="3807EEE5" w14:textId="77777777" w:rsidR="0088349B" w:rsidRDefault="00325A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BA9A9" w14:textId="77777777" w:rsidR="00862A5C" w:rsidRDefault="00325A38">
    <w:pPr>
      <w:pStyle w:val="Footer"/>
      <w:spacing w:line="269" w:lineRule="exact"/>
      <w:jc w:val="right"/>
    </w:pPr>
    <w:r>
      <w:fldChar w:fldCharType="begin"/>
    </w:r>
    <w:r>
      <w:instrText>PAGE</w:instrText>
    </w:r>
    <w:r>
      <w:fldChar w:fldCharType="separate"/>
    </w:r>
    <w:r>
      <w:rPr>
        <w:rFonts w:eastAsia="Helvetica" w:cs="Helvetica"/>
        <w:szCs w:val="21"/>
      </w:rPr>
      <w:t>1</w:t>
    </w:r>
    <w:r>
      <w:rPr>
        <w:rFonts w:eastAsia="Helvetica" w:cs="Helvetica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ED981" w14:textId="77777777" w:rsidR="0088349B" w:rsidRDefault="00325A38">
      <w:pPr>
        <w:spacing w:line="240" w:lineRule="auto"/>
      </w:pPr>
      <w:r>
        <w:separator/>
      </w:r>
    </w:p>
  </w:footnote>
  <w:footnote w:type="continuationSeparator" w:id="0">
    <w:p w14:paraId="04F3745C" w14:textId="77777777" w:rsidR="0088349B" w:rsidRDefault="00325A3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7E"/>
    <w:rsid w:val="00034616"/>
    <w:rsid w:val="0006063C"/>
    <w:rsid w:val="0015074B"/>
    <w:rsid w:val="001939C3"/>
    <w:rsid w:val="001F626D"/>
    <w:rsid w:val="0029639D"/>
    <w:rsid w:val="002D4D33"/>
    <w:rsid w:val="002E4C76"/>
    <w:rsid w:val="00325A38"/>
    <w:rsid w:val="00326F90"/>
    <w:rsid w:val="00484144"/>
    <w:rsid w:val="004A1321"/>
    <w:rsid w:val="004C506B"/>
    <w:rsid w:val="005D665E"/>
    <w:rsid w:val="006D4716"/>
    <w:rsid w:val="00757E1E"/>
    <w:rsid w:val="007A3025"/>
    <w:rsid w:val="00801D91"/>
    <w:rsid w:val="00834A48"/>
    <w:rsid w:val="00862A5C"/>
    <w:rsid w:val="0088349B"/>
    <w:rsid w:val="008E1290"/>
    <w:rsid w:val="00907899"/>
    <w:rsid w:val="00A4518C"/>
    <w:rsid w:val="00A569D9"/>
    <w:rsid w:val="00AA1D8D"/>
    <w:rsid w:val="00AC2336"/>
    <w:rsid w:val="00AC2A26"/>
    <w:rsid w:val="00B47730"/>
    <w:rsid w:val="00B92964"/>
    <w:rsid w:val="00C4792C"/>
    <w:rsid w:val="00CB0664"/>
    <w:rsid w:val="00D65FDA"/>
    <w:rsid w:val="00D7527F"/>
    <w:rsid w:val="00D940C3"/>
    <w:rsid w:val="00F14A31"/>
    <w:rsid w:val="00F21C27"/>
    <w:rsid w:val="00F22C3E"/>
    <w:rsid w:val="00F93F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C1169F"/>
  <w14:defaultImageDpi w14:val="300"/>
  <w15:docId w15:val="{EF4178B7-FD74-4AE8-A41A-EE38B1D92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69" w:lineRule="exact"/>
    </w:pPr>
    <w:rPr>
      <w:rFonts w:ascii="Helvetica" w:hAnsi="Helvetica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Helvetica" w:hAnsi="Helvetica"/>
      <w:sz w:val="21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Helvetica" w:hAnsi="Helvetica"/>
      <w:sz w:val="21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Helvetica" w:hAnsi="Helvetica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1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1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1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Helvetica" w:hAnsi="Helvetica"/>
      <w:sz w:val="21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Helvetica" w:hAnsi="Helvetica"/>
      <w:sz w:val="21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Helvetica" w:hAnsi="Helvetica"/>
      <w:sz w:val="21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Helvetica" w:hAnsi="Helvetica"/>
      <w:sz w:val="21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Helvetica" w:hAnsi="Helvetica"/>
      <w:sz w:val="21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Helvetica" w:hAnsi="Helvetica"/>
      <w:i/>
      <w:iCs/>
      <w:color w:val="000000" w:themeColor="text1"/>
      <w:sz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1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1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Helvetica" w:hAnsi="Helvetica"/>
      <w:b/>
      <w:bCs/>
      <w:sz w:val="21"/>
    </w:rPr>
  </w:style>
  <w:style w:type="character" w:styleId="Emphasis">
    <w:name w:val="Emphasis"/>
    <w:basedOn w:val="DefaultParagraphFont"/>
    <w:uiPriority w:val="20"/>
    <w:qFormat/>
    <w:rsid w:val="00FC693F"/>
    <w:rPr>
      <w:rFonts w:ascii="Helvetica" w:hAnsi="Helvetica"/>
      <w:i/>
      <w:iCs/>
      <w:sz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Helvetica" w:hAnsi="Helvetica"/>
      <w:b/>
      <w:bCs/>
      <w:i/>
      <w:iCs/>
      <w:color w:val="4F81BD" w:themeColor="accent1"/>
      <w:sz w:val="2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Helvetica" w:hAnsi="Helvetica"/>
      <w:i/>
      <w:iCs/>
      <w:color w:val="808080" w:themeColor="text1" w:themeTint="7F"/>
      <w:sz w:val="21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Helvetica" w:hAnsi="Helvetica"/>
      <w:b/>
      <w:bCs/>
      <w:i/>
      <w:iCs/>
      <w:color w:val="4F81BD" w:themeColor="accent1"/>
      <w:sz w:val="2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Helvetica" w:hAnsi="Helvetica"/>
      <w:smallCaps/>
      <w:color w:val="C0504D" w:themeColor="accent2"/>
      <w:sz w:val="21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Helvetica" w:hAnsi="Helvetica"/>
      <w:b/>
      <w:bCs/>
      <w:smallCaps/>
      <w:color w:val="C0504D" w:themeColor="accent2"/>
      <w:spacing w:val="5"/>
      <w:sz w:val="21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Helvetica" w:hAnsi="Helvetica"/>
      <w:b/>
      <w:bCs/>
      <w:smallCaps/>
      <w:spacing w:val="5"/>
      <w:sz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Helvetica" w:hAnsi="Helvetica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Helvetica" w:hAnsi="Helvetic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Helvetica" w:hAnsi="Helvetica"/>
      <w:color w:val="000000" w:themeColor="text1" w:themeShade="BF"/>
      <w:sz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Helvetica" w:hAnsi="Helvetica"/>
      <w:color w:val="365F91" w:themeColor="accent1" w:themeShade="BF"/>
      <w:sz w:val="2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Helvetica" w:hAnsi="Helvetica"/>
      <w:color w:val="943634" w:themeColor="accent2" w:themeShade="BF"/>
      <w:sz w:val="2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Helvetica" w:hAnsi="Helvetica"/>
      <w:color w:val="76923C" w:themeColor="accent3" w:themeShade="BF"/>
      <w:sz w:val="2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Helvetica" w:hAnsi="Helvetica"/>
      <w:color w:val="5F497A" w:themeColor="accent4" w:themeShade="BF"/>
      <w:sz w:val="2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Helvetica" w:hAnsi="Helvetica"/>
      <w:color w:val="31849B" w:themeColor="accent5" w:themeShade="BF"/>
      <w:sz w:val="2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Helvetica" w:hAnsi="Helvetica"/>
      <w:color w:val="E36C0A" w:themeColor="accent6" w:themeShade="BF"/>
      <w:sz w:val="2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Helvetica" w:hAnsi="Helvetica"/>
      <w:sz w:val="21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Helvetica" w:hAnsi="Helvetica"/>
      <w:color w:val="FFFFFF" w:themeColor="background1"/>
      <w:sz w:val="2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Helvetica" w:hAnsi="Helvetica"/>
      <w:color w:val="FFFFFF" w:themeColor="background1"/>
      <w:sz w:val="2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Helvetica" w:hAnsi="Helvetica"/>
      <w:color w:val="FFFFFF" w:themeColor="background1"/>
      <w:sz w:val="2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Helvetica" w:hAnsi="Helvetica"/>
      <w:color w:val="FFFFFF" w:themeColor="background1"/>
      <w:sz w:val="2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Helvetica" w:hAnsi="Helvetica"/>
      <w:color w:val="FFFFFF" w:themeColor="background1"/>
      <w:sz w:val="2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Helvetica" w:hAnsi="Helvetica"/>
      <w:color w:val="FFFFFF" w:themeColor="background1"/>
      <w:sz w:val="2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Helvetica" w:hAnsi="Helvetica"/>
      <w:color w:val="FFFFFF" w:themeColor="background1"/>
      <w:sz w:val="2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Helvetica" w:hAnsi="Helvetica"/>
      <w:color w:val="000000" w:themeColor="text1"/>
      <w:sz w:val="2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emorandumet/Nj&#235;sia%20nr.104%20-%20KB%20Ramadan%20Agushi%20Toka%20n&#235;%20Sopotnic&#235;.pdf" TargetMode="External"/><Relationship Id="rId21" Type="http://schemas.openxmlformats.org/officeDocument/2006/relationships/hyperlink" Target="Memorandumet/Nj&#235;sia%20nr.08%20-%20Ratar%20Tok&#235;%20Bujq&#235;sore%20&#199;agllavic&#235;%20-1456-0.pdf" TargetMode="External"/><Relationship Id="rId42" Type="http://schemas.openxmlformats.org/officeDocument/2006/relationships/hyperlink" Target="Memorandumet/Nj&#235;sia%20nr.29%20-%20KB%20Liria%20Tok&#235;%20Bujq&#235;sore%20B&#235;rnic&#235;%20e%20Poshtme%20-%201535-0.pdf" TargetMode="External"/><Relationship Id="rId63" Type="http://schemas.openxmlformats.org/officeDocument/2006/relationships/hyperlink" Target="Memorandumet/Nj&#235;sia%20nr.50%20-%20NSH%20NBI%20Rahoveci%20-%20Parcela%201154-1%20-%20ZK%20Dejn&#235;%20Rahovec.pdf" TargetMode="External"/><Relationship Id="rId84" Type="http://schemas.openxmlformats.org/officeDocument/2006/relationships/hyperlink" Target="Memorandumet/Nj&#235;sia%20nr.71%20-%20Tefik%20&#199;anga%20Toka%20n&#235;%20Busi%20(Lot%2008).pdf" TargetMode="External"/><Relationship Id="rId138" Type="http://schemas.openxmlformats.org/officeDocument/2006/relationships/hyperlink" Target="Memorandumet/Nj&#235;sia%20nr.125%20-%20Produkti%20Toka%20n&#235;%20Broj&#235;%204.pdf" TargetMode="External"/><Relationship Id="rId159" Type="http://schemas.openxmlformats.org/officeDocument/2006/relationships/hyperlink" Target="Memorandumet/Nj&#235;sia%20nr.146%20-%20Njesia%20e%20Transportit.pdf" TargetMode="External"/><Relationship Id="rId107" Type="http://schemas.openxmlformats.org/officeDocument/2006/relationships/hyperlink" Target="Memorandumet/Nj&#235;sia%20nr.94%20-%20NSH%20Pasuria%20Bujqesore%20Toka%20ne%20Prelez%20i%20Muhaxher&#235;ve%20(LOT%20C).pdf" TargetMode="External"/><Relationship Id="rId11" Type="http://schemas.openxmlformats.org/officeDocument/2006/relationships/hyperlink" Target="https://www.pak-ks.org/Page.aspx?id=1,118,585" TargetMode="External"/><Relationship Id="rId32" Type="http://schemas.openxmlformats.org/officeDocument/2006/relationships/hyperlink" Target="Memorandumet/Nj&#235;sia%20nr.19%20-%20KB%20Kosova%20Tok&#235;%20Bujq&#235;sore%20n&#235;%20Gushteric&#235;%20t&#235;%20Poshtme%201313-0.pdf" TargetMode="External"/><Relationship Id="rId53" Type="http://schemas.openxmlformats.org/officeDocument/2006/relationships/hyperlink" Target="Memorandumet/Nj&#235;sia%20nr.40%20-%20NSH%20NB%20Mirusha%20-%20Parcelat%201858-0%20dhe%201879-0%20-%20ZK%20Kijev&#235;%20Malishev&#235;.pdf" TargetMode="External"/><Relationship Id="rId74" Type="http://schemas.openxmlformats.org/officeDocument/2006/relationships/hyperlink" Target="Memorandumet/Nj&#235;sia%20nr.61%20-%20Parcelat%20924-0%20dhe%20925-0-ZK%20Turjak&#235;%20Malishev&#235;.pdf" TargetMode="External"/><Relationship Id="rId128" Type="http://schemas.openxmlformats.org/officeDocument/2006/relationships/hyperlink" Target="Memorandumet/Nj&#235;sia%20nr.115%20-%20Agrokultura%20parcela%20902-0%20Selac.pdf" TargetMode="External"/><Relationship Id="rId149" Type="http://schemas.openxmlformats.org/officeDocument/2006/relationships/hyperlink" Target="Memorandumet/Nj&#235;sia%20nr.136%20-%20Ngastra%2002685-0%20ZK%20Baj&#235;.pdf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Memorandumet/Nj&#235;sia%20nr.82%20-%20Agromorava%20Toka%20n&#235;%20Pozharan%20(Lot%20F).pdf" TargetMode="External"/><Relationship Id="rId160" Type="http://schemas.openxmlformats.org/officeDocument/2006/relationships/footer" Target="footer1.xml"/><Relationship Id="rId22" Type="http://schemas.openxmlformats.org/officeDocument/2006/relationships/hyperlink" Target="Memorandumet/Nj&#235;sia%20nr.09%20-%20Ratar%20Tok&#235;%20Bujq&#235;sore%20Llapllasell&#235;%20-288-0.pdf" TargetMode="External"/><Relationship Id="rId43" Type="http://schemas.openxmlformats.org/officeDocument/2006/relationships/hyperlink" Target="Memorandumet/Nj&#235;sia%20nr.30%20-%20KB%20Kosova%20Tok&#235;%20Bujq&#235;sore%20Livagje%20-%20160-0.pdf" TargetMode="External"/><Relationship Id="rId64" Type="http://schemas.openxmlformats.org/officeDocument/2006/relationships/hyperlink" Target="Memorandumet/Nj&#235;sia%20nr.51%20-%20NSh%20NBI%20Rahoveci%20-%20Parcelat%206-0%20dhe%207-0%20-%20ZK%20Poto&#231;an%20i%20Ep&#235;rm%20Rahovec.pdf" TargetMode="External"/><Relationship Id="rId118" Type="http://schemas.openxmlformats.org/officeDocument/2006/relationships/hyperlink" Target="Memorandumet/Nj&#235;sia%20nr.105%20-%20Pasuria%20Bujq&#235;sore%20Toka%20n&#235;%20Rahovic&#235;%20(Lot%2001).pdf" TargetMode="External"/><Relationship Id="rId139" Type="http://schemas.openxmlformats.org/officeDocument/2006/relationships/hyperlink" Target="Memorandumet/Nj&#235;sia%20nr.126%20-%20Parcela%2000028-0%20n&#235;%20Polluzh&#235;.pdf" TargetMode="External"/><Relationship Id="rId85" Type="http://schemas.openxmlformats.org/officeDocument/2006/relationships/hyperlink" Target="Memorandumet/Nj&#235;sia%20nr.72%20-%20Tefik%20&#199;anga%20Toka%20n&#235;%20Busi%20(Lot%2007).pdf" TargetMode="External"/><Relationship Id="rId150" Type="http://schemas.openxmlformats.org/officeDocument/2006/relationships/hyperlink" Target="Memorandumet/Nj&#235;sia%20nr.137%20-%20Ngastrat%202381-0%20dhe%202382-0%20ZK%20Baj&#235;.pdf" TargetMode="External"/><Relationship Id="rId12" Type="http://schemas.openxmlformats.org/officeDocument/2006/relationships/hyperlink" Target="VERSIONI_PER_PRINT.html" TargetMode="External"/><Relationship Id="rId17" Type="http://schemas.openxmlformats.org/officeDocument/2006/relationships/hyperlink" Target="Memorandumet/Nj&#235;sia%20nr.04%20-%20NSH%20Ingeniering%20Asetet%20e%20Luajtshme.pdf" TargetMode="External"/><Relationship Id="rId33" Type="http://schemas.openxmlformats.org/officeDocument/2006/relationships/hyperlink" Target="Memorandumet/Nj&#235;sia%20nr.20%20-%20KB%20Kosova%20Tok&#235;%20Bujq&#235;sore%20n&#235;%20Gushteric&#235;%20t&#235;%20Poshtme%201298-1.pdf" TargetMode="External"/><Relationship Id="rId38" Type="http://schemas.openxmlformats.org/officeDocument/2006/relationships/hyperlink" Target="Memorandumet/Nj&#235;sia%20nr.25%20-%20Ratar%20Tok&#235;%20Bujq&#235;sore%20Hajvali%20918-2.pdf" TargetMode="External"/><Relationship Id="rId59" Type="http://schemas.openxmlformats.org/officeDocument/2006/relationships/hyperlink" Target="Memorandumet/Nj&#235;sia%20nr.46%20-%20NSH%20NBI%20Rahoveci%20-%20Parcela%201491-0%20-%20ZK%20Radost&#235;%20Rahovec.pdf" TargetMode="External"/><Relationship Id="rId103" Type="http://schemas.openxmlformats.org/officeDocument/2006/relationships/hyperlink" Target="Memorandumet/Nj&#235;sia%20nr.90%20-%20K.B%20Morava%20Partesh%20Toka%20n&#235;%20Budrik&#235;%20t&#235;%20Poshtme%20(LOT%20C).pdf" TargetMode="External"/><Relationship Id="rId108" Type="http://schemas.openxmlformats.org/officeDocument/2006/relationships/hyperlink" Target="Memorandumet/Nj&#235;sia%20nr.95%20-%20KB%20Ramadan%20Agushi%20Toka%20n&#235;%20Pustenik%20(Lot%20E).pdf" TargetMode="External"/><Relationship Id="rId124" Type="http://schemas.openxmlformats.org/officeDocument/2006/relationships/hyperlink" Target="Memorandumet/Nj&#235;sia%20nr.111%20-%20NSH%20Agromorava%20-%20Toka%20n&#235;%20Viti%20(Lot%20H).pdf" TargetMode="External"/><Relationship Id="rId129" Type="http://schemas.openxmlformats.org/officeDocument/2006/relationships/hyperlink" Target="Memorandumet/Nj&#235;sia%20nr.116%20-%20Agrokultura%20objekti%20i%20p&#235;rkohsh&#235;m%20n&#235;%20Shipol.pdf" TargetMode="External"/><Relationship Id="rId54" Type="http://schemas.openxmlformats.org/officeDocument/2006/relationships/hyperlink" Target="Memorandumet/Nj&#235;sia%20nr.41%20-%20NSH%20NB%20Mirusha%20-%20Parcela%201994-0%20-%20ZK%20Kijev&#235;%20Malishev&#235;.pdf" TargetMode="External"/><Relationship Id="rId70" Type="http://schemas.openxmlformats.org/officeDocument/2006/relationships/hyperlink" Target="Memorandumet/Nj&#235;sia%20nr.57%20-%20NSh%20NBI%20Rahoveci%20-%20Parcela%20180-0%20-%20ZK%20Vrajak%20Rahovec.pdf" TargetMode="External"/><Relationship Id="rId75" Type="http://schemas.openxmlformats.org/officeDocument/2006/relationships/hyperlink" Target="Memorandumet/Nj&#235;sia%20nr.62%20-%20NSh%20NBI%20Rahoveci%20-%20Parcelat%202044-0%20dhe%20147-0%20-%20ZK%20Ratkoc%20Rahovec.pdf" TargetMode="External"/><Relationship Id="rId91" Type="http://schemas.openxmlformats.org/officeDocument/2006/relationships/hyperlink" Target="Memorandumet/Nj&#235;sia%20nr.78%20-%20Agroprodukti%20Toka%20n&#235;%20Hodec%20(Lot%2002).pdf" TargetMode="External"/><Relationship Id="rId96" Type="http://schemas.openxmlformats.org/officeDocument/2006/relationships/hyperlink" Target="Memorandumet/Nj&#235;sia%20nr.83%20-%20Agromorava%20Toka%20n&#235;%20Gushic&#235;%20(Lot%20A).pdf" TargetMode="External"/><Relationship Id="rId140" Type="http://schemas.openxmlformats.org/officeDocument/2006/relationships/hyperlink" Target="Memorandumet/Nj&#235;sia%20nr.127%20-%20Produkt%20Parcela%2000139-0%20n&#235;%20&#199;itak.pdf" TargetMode="External"/><Relationship Id="rId145" Type="http://schemas.openxmlformats.org/officeDocument/2006/relationships/hyperlink" Target="Memorandumet/Nj&#235;sia%20nr.132%20-%20Tok&#235;%20Bujq&#235;sore%20n&#235;%20Vojnik%20parcelat%20538-0%20dhe%20539-0.pdf" TargetMode="External"/><Relationship Id="rId16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Memorandumet/Nj&#235;sia%20nr.10%20-%20Ratar%20Tok&#235;%20Bujq&#235;sore%20Prishtin&#235;%20-1723-2.pdf" TargetMode="External"/><Relationship Id="rId28" Type="http://schemas.openxmlformats.org/officeDocument/2006/relationships/hyperlink" Target="Memorandumet/Nj&#235;sia%20nr.15%20-%20Ratar%20Tok&#235;%20Bujq&#235;sore%20Llapllasell&#235;%20-1903-1,%201903-2.pdf" TargetMode="External"/><Relationship Id="rId49" Type="http://schemas.openxmlformats.org/officeDocument/2006/relationships/hyperlink" Target="Memorandumet/Nj&#235;sia%20nr.36%20-%20NSH%20Stacioni%20i%20Veterinaris&#235;%20Rahovec%20-%20Asete%20t&#235;%20luajtshme%20-%20dy%20automobila%20Yugo.pdf" TargetMode="External"/><Relationship Id="rId114" Type="http://schemas.openxmlformats.org/officeDocument/2006/relationships/hyperlink" Target="Memorandumet/Nj&#235;sia%20nr.101%20-%20K.B%20Morava%20Partesh%20Toka%20n&#235;%20Partesh%20(LOT%20A).pdf" TargetMode="External"/><Relationship Id="rId119" Type="http://schemas.openxmlformats.org/officeDocument/2006/relationships/hyperlink" Target="Memorandumet/Nj&#235;sia%20nr.106%20-%20K.B%20Zhegra%20Toka%20n&#235;%20Lladov&#235;%20(LOT%20E).pdf" TargetMode="External"/><Relationship Id="rId44" Type="http://schemas.openxmlformats.org/officeDocument/2006/relationships/hyperlink" Target="Memorandumet/Nj&#235;sia%20nr.31%20-%20KB%20Kosova%20Tok&#235;%20Bujq&#235;sore%20Lipjan%20VIII.pdf" TargetMode="External"/><Relationship Id="rId60" Type="http://schemas.openxmlformats.org/officeDocument/2006/relationships/hyperlink" Target="Memorandumet/Nj&#235;sia%20nr.47%20-%20NSH%20NBI%20Rahoveci%20-%20Parcela%201508-0%20-%20ZK%20Radost&#235;%20Rahovec.pdf" TargetMode="External"/><Relationship Id="rId65" Type="http://schemas.openxmlformats.org/officeDocument/2006/relationships/hyperlink" Target="Memorandumet/Nj&#235;sia%20nr.52%20-%20NSh%20NBI%20Rahoveci%20-%20Parcelat%20114-0%20-%20ZK%20Poto&#231;an%20i%20Ep&#235;rm%20Rahovec%20-.pdf" TargetMode="External"/><Relationship Id="rId81" Type="http://schemas.openxmlformats.org/officeDocument/2006/relationships/hyperlink" Target="Memorandumet/Nj&#235;sia%20nr.68%20-%20KB%20Zhivko%20Vasiq%20Toka%20n&#235;%20Domoroc%20(LOT%2003).pdf" TargetMode="External"/><Relationship Id="rId86" Type="http://schemas.openxmlformats.org/officeDocument/2006/relationships/hyperlink" Target="Memorandumet/Nj&#235;sia%20nr.73%20-%20Tefik%20&#199;anga%20Toka%20n&#235;%20Busi%20(Lot%2004).pdf" TargetMode="External"/><Relationship Id="rId130" Type="http://schemas.openxmlformats.org/officeDocument/2006/relationships/hyperlink" Target="Memorandumet/Nj&#235;sia%20nr.117%20-%20Produkt%20Parcela%20453-5%20n&#235;%20ZK%20Polac%20i%20Vjet&#235;r.pdf" TargetMode="External"/><Relationship Id="rId135" Type="http://schemas.openxmlformats.org/officeDocument/2006/relationships/hyperlink" Target="Memorandumet/Nj&#235;sia%20nr.122%20-%20-Depo%20e%20vog&#235;l%20e%20Transkosov&#235;s%20n&#235;%20Zhabar%20t&#235;%20Ep&#235;rm.pdf" TargetMode="External"/><Relationship Id="rId151" Type="http://schemas.openxmlformats.org/officeDocument/2006/relationships/hyperlink" Target="Memorandumet/Nj&#235;sia%20nr.138%20-%20Ngastra%2002023%20ZK%20Baj&#235;%20-.pdf" TargetMode="External"/><Relationship Id="rId156" Type="http://schemas.openxmlformats.org/officeDocument/2006/relationships/hyperlink" Target="Memorandumet/Nj&#235;sia%20nr.143%20-%20Parcelat%20nr.%20576-1,%20576-2%20dhe%20576-3.pdf" TargetMode="External"/><Relationship Id="rId13" Type="http://schemas.openxmlformats.org/officeDocument/2006/relationships/image" Target="media/image1.png"/><Relationship Id="rId18" Type="http://schemas.openxmlformats.org/officeDocument/2006/relationships/hyperlink" Target="Memorandumet/Nj&#235;sia%20nr.05%20-%20Asetet%20e%20Gurethyesit%20Gadime.pdf" TargetMode="External"/><Relationship Id="rId39" Type="http://schemas.openxmlformats.org/officeDocument/2006/relationships/hyperlink" Target="Memorandumet/Nj&#235;sia%20nr.26%20-%20Ratar%20Tok&#235;%20Bujq&#235;sore%20Llapllasell&#235;%20-1342-0.pdf" TargetMode="External"/><Relationship Id="rId109" Type="http://schemas.openxmlformats.org/officeDocument/2006/relationships/hyperlink" Target="Memorandumet/Nj&#235;sia%20nr.96%20-%20Pasuria%20Bujq&#235;sore%20Toka%20n&#235;%20Drenogllav&#235;%20(Lot%2001).pdf" TargetMode="External"/><Relationship Id="rId34" Type="http://schemas.openxmlformats.org/officeDocument/2006/relationships/hyperlink" Target="Memorandumet/Nj&#235;sia%20nr.21%20-%20KB%20Kosova%20Tok&#235;%20Bujq&#235;sore%20n&#235;%20Gushteric&#235;%20t&#235;%20Poshtme%201321-0.pdf" TargetMode="External"/><Relationship Id="rId50" Type="http://schemas.openxmlformats.org/officeDocument/2006/relationships/hyperlink" Target="Memorandumet/Nj&#235;sia%20nr.37%20-%20Sharrprodhimi,%20Shitorja%20n&#235;%20fshatin%20Kuk.pdf" TargetMode="External"/><Relationship Id="rId55" Type="http://schemas.openxmlformats.org/officeDocument/2006/relationships/hyperlink" Target="Memorandumet/Nj&#235;sia%20nr.42%20-%20NSH%20NBI%20Rahoveci%20-%20Parcela%20495-3%20-%20ZK%20X&#235;rx&#235;%20Rahovec.pdf" TargetMode="External"/><Relationship Id="rId76" Type="http://schemas.openxmlformats.org/officeDocument/2006/relationships/hyperlink" Target="Memorandumet/Nj&#235;sia%20nr.63%20-%20NSh%20DLB%20-%20Parcela%207393-0%20-%20ZK%20Prizren.pdf" TargetMode="External"/><Relationship Id="rId97" Type="http://schemas.openxmlformats.org/officeDocument/2006/relationships/hyperlink" Target="Memorandumet/Nj&#235;sia%20nr.84%20-%20Ramadan%20Agushi%20Toka%20n&#235;%20Sadovin&#235;%20t&#235;%20&#199;erkezve%20(Lot%20A)%20-.pdf" TargetMode="External"/><Relationship Id="rId104" Type="http://schemas.openxmlformats.org/officeDocument/2006/relationships/hyperlink" Target="Memorandumet/Nj&#235;sia%20nr.91%20-%20KB%20Zhegra%20Toka%20n&#235;%20Zheg&#235;r%20(LOT%20C).pdf" TargetMode="External"/><Relationship Id="rId120" Type="http://schemas.openxmlformats.org/officeDocument/2006/relationships/hyperlink" Target="Memorandumet/Nj&#235;sia%20nr.107%20-%20K.B%20Zhegra%20Toka%20n&#235;%20Lladov&#235;%20(LOT%2001).pdf" TargetMode="External"/><Relationship Id="rId125" Type="http://schemas.openxmlformats.org/officeDocument/2006/relationships/hyperlink" Target="Memorandumet/Nj&#235;sia%20nr.112%20-%20Agromorava%20Toka%20n&#235;%20Budrik&#235;%20t&#235;%20Ep&#235;rme%20(LOT%20C).pdf" TargetMode="External"/><Relationship Id="rId141" Type="http://schemas.openxmlformats.org/officeDocument/2006/relationships/hyperlink" Target="Memorandumet/Nj&#235;sia%20nr.128%20-%20Ngastra%201064-0%20n&#235;%20ZK%20Klin&#235;%20e%20Ep&#235;rme.pdf" TargetMode="External"/><Relationship Id="rId146" Type="http://schemas.openxmlformats.org/officeDocument/2006/relationships/hyperlink" Target="Memorandumet/Nj&#235;sia%20nr.133%20-%20Drenica%20Parcela%20171-0%20n&#235;%20Sankoc.pdf" TargetMode="External"/><Relationship Id="rId7" Type="http://schemas.openxmlformats.org/officeDocument/2006/relationships/endnotes" Target="endnotes.xml"/><Relationship Id="rId71" Type="http://schemas.openxmlformats.org/officeDocument/2006/relationships/hyperlink" Target="Memorandumet/Nj&#235;sia%20nr.58%20-%20Parcela%20453-0%20-%20ZK%20Turjak&#235;%20Malishev&#235;%20-.pdf" TargetMode="External"/><Relationship Id="rId92" Type="http://schemas.openxmlformats.org/officeDocument/2006/relationships/hyperlink" Target="Memorandumet/Nj&#235;sia%20nr.79%20-%20Tefik%20&#199;anga%20Toka%20n&#235;%20Busi%20(Lot%2005).pdf" TargetMode="External"/><Relationship Id="rId16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Memorandumet/Nj&#235;sia%20nr.16%20-%20KB%20Kosova%20Tok&#235;%20Bujq&#235;sore%20n&#235;%20Lipjan.pdf" TargetMode="External"/><Relationship Id="rId24" Type="http://schemas.openxmlformats.org/officeDocument/2006/relationships/hyperlink" Target="Memorandumet/Nj&#235;sia%20nr.11%20-%20Ratar%20Tok&#235;%20Bujq&#235;sore%20Llapllasell&#235;%20-1777-2.pdf" TargetMode="External"/><Relationship Id="rId40" Type="http://schemas.openxmlformats.org/officeDocument/2006/relationships/hyperlink" Target="Memorandumet/Nj&#235;sia%20nr.27%20-%20Ratar%20Tok&#235;%20Bujq&#235;sore%20&#199;agllavic&#235;%20-%201453-0%20&amp;%201454-0.pdf" TargetMode="External"/><Relationship Id="rId45" Type="http://schemas.openxmlformats.org/officeDocument/2006/relationships/hyperlink" Target="Memorandumet/Nj&#235;sia%20nr.32%20-%20Ratar%20Tok&#235;%20Bujq&#235;sore%20&#199;agllavic&#235;%20772-7.pdf" TargetMode="External"/><Relationship Id="rId66" Type="http://schemas.openxmlformats.org/officeDocument/2006/relationships/hyperlink" Target="Memorandumet/Nj&#235;sia%20nr.53%20-%20NSh%20NBI%20Rahoveci%20-%20Parcelat%20363-0,%20366-0,%20367-0%20dhe%20391-0%20-%20ZK%20Ratkoc%20Rahovec%20-.pdf" TargetMode="External"/><Relationship Id="rId87" Type="http://schemas.openxmlformats.org/officeDocument/2006/relationships/hyperlink" Target="Memorandumet/Nj&#235;sia%20nr.74%20-%20Toka%20ne%20Han%20t&#235;%20Elezit.pdf" TargetMode="External"/><Relationship Id="rId110" Type="http://schemas.openxmlformats.org/officeDocument/2006/relationships/hyperlink" Target="Memorandumet/Nj&#235;sia%20nr.97%20-%20Agromorava%20Toka%20n&#235;%20Sadovin&#235;%20t&#235;%20&#199;erkezve%20(Lot%2001).pdf" TargetMode="External"/><Relationship Id="rId115" Type="http://schemas.openxmlformats.org/officeDocument/2006/relationships/hyperlink" Target="Memorandumet/Nj&#235;sia%20nr.102%20-%20K.B%20Zhegra%20Toka%20n&#235;%20Lladov&#235;%20(LOT%20D).pdf" TargetMode="External"/><Relationship Id="rId131" Type="http://schemas.openxmlformats.org/officeDocument/2006/relationships/hyperlink" Target="Memorandumet/Nj&#235;sia%20nr.118%20-%20Tok&#235;%20Bujq&#235;sore%20n&#235;%20Vitak%20-%20parcela%2056-0.pdf" TargetMode="External"/><Relationship Id="rId136" Type="http://schemas.openxmlformats.org/officeDocument/2006/relationships/hyperlink" Target="Memorandumet/Nj&#235;sia%20nr.123%20-%20Agrokultura%20Depo%20n&#235;%20Bare.pdf" TargetMode="External"/><Relationship Id="rId157" Type="http://schemas.openxmlformats.org/officeDocument/2006/relationships/hyperlink" Target="Memorandumet/Nj&#235;sia%20nr.144%20-%20Parcelat%20nr.1340-1,%201340-2%20dhe%201340-3%20n&#235;%20ZK%20Shushic&#235;.pdf" TargetMode="External"/><Relationship Id="rId61" Type="http://schemas.openxmlformats.org/officeDocument/2006/relationships/hyperlink" Target="Memorandumet/Nj&#235;sia%20nr.48%20-%20NSH%20NBI%20Rahoveci%20-%20Parcelat%201546-0,%201547-0%20dhe%201588-0%20-%20ZK%20Ratkoc%20Rahovec.pdf" TargetMode="External"/><Relationship Id="rId82" Type="http://schemas.openxmlformats.org/officeDocument/2006/relationships/hyperlink" Target="Memorandumet/Nj&#235;sia%20nr.69%20-%20NSH%20IMK%20Toka%20n&#235;%20Shtime%20(Lot%2002).pdf" TargetMode="External"/><Relationship Id="rId152" Type="http://schemas.openxmlformats.org/officeDocument/2006/relationships/hyperlink" Target="Memorandumet/Nj&#235;sia%20nr.139%20-%20Ngastra%2001158-0%20n&#235;%20ZK%20Dubovc.pdf" TargetMode="External"/><Relationship Id="rId19" Type="http://schemas.openxmlformats.org/officeDocument/2006/relationships/hyperlink" Target="Memorandumet/Nj&#235;sia%20nr.06%20-%20KB%20Liria%20Tok&#235;%20Bujq&#235;sore%20n&#235;%20Rimanisht&#235;.pdf" TargetMode="External"/><Relationship Id="rId14" Type="http://schemas.openxmlformats.org/officeDocument/2006/relationships/hyperlink" Target="Memorandumet/Nj&#235;sia%20nr.01%20-%20NSH%20Bankkos%20-%20Lokali%20n&#235;%20De&#231;an.pdf" TargetMode="External"/><Relationship Id="rId30" Type="http://schemas.openxmlformats.org/officeDocument/2006/relationships/hyperlink" Target="Memorandumet/Nj&#235;sia%20nr.17%20-%20KB%20Kosova%20Tok&#235;%20Bujq&#235;sore%20Dobratin%20II.pdf" TargetMode="External"/><Relationship Id="rId35" Type="http://schemas.openxmlformats.org/officeDocument/2006/relationships/hyperlink" Target="Memorandumet/Nj&#235;sia%20nr.22%20-%20KB%20Kosova%20Tok&#235;%20Bujq&#235;sore%20Konjuh%2016-1.pdf" TargetMode="External"/><Relationship Id="rId56" Type="http://schemas.openxmlformats.org/officeDocument/2006/relationships/hyperlink" Target="Memorandumet/Nj&#235;sia%20nr.43%20-%20NBI%20Rahoveci%20-%20Parcela%202148-0%20dhe%202163-0%20-%20ZK%20Ratkoc,%20Rahovec.pdf" TargetMode="External"/><Relationship Id="rId77" Type="http://schemas.openxmlformats.org/officeDocument/2006/relationships/hyperlink" Target="Memorandumet/Nj&#235;sia%20nr.64%20-%20NSh%20DLB%20-%20Parcelat%20635-0%20dhe%20639-0%20-%20ZK%20Atmagj&#235;%20Prizren.pdf" TargetMode="External"/><Relationship Id="rId100" Type="http://schemas.openxmlformats.org/officeDocument/2006/relationships/hyperlink" Target="Memorandumet/Nj&#235;sia%20nr.87%20-%20K.B%20Morava%20Partesh%20Toka%20n&#235;%20Budrik&#235;%20e%20Poshtme%20(LOT%20A).pdf" TargetMode="External"/><Relationship Id="rId105" Type="http://schemas.openxmlformats.org/officeDocument/2006/relationships/hyperlink" Target="Memorandumet/Nj&#235;sia%20nr.92%20-%20Agromorava%20Toka%20n&#235;%20Budrik&#235;%20e%20Ep&#235;rme%20(LOT%20B).pdf" TargetMode="External"/><Relationship Id="rId126" Type="http://schemas.openxmlformats.org/officeDocument/2006/relationships/hyperlink" Target="Memorandumet/Nj&#235;sia%20nr.113%20-%20Agromorava%20Toka%20n&#235;%20Viti%20(Lot%2001).pdf" TargetMode="External"/><Relationship Id="rId147" Type="http://schemas.openxmlformats.org/officeDocument/2006/relationships/hyperlink" Target="Memorandumet/Nj&#235;sia%20nr.134%20-%20Ngastra%2000643-0%20n&#235;%20ZK%20Baj&#235;.pdf" TargetMode="External"/><Relationship Id="rId8" Type="http://schemas.openxmlformats.org/officeDocument/2006/relationships/hyperlink" Target="https://www.pak-ks.org/page.aspx?id=1,72" TargetMode="External"/><Relationship Id="rId51" Type="http://schemas.openxmlformats.org/officeDocument/2006/relationships/hyperlink" Target="Memorandumet/Nj&#235;sia%20nr.38%20-%20Sharrprodhimi,%20Shitorja%20n&#235;%20fshatin%20Ba&#231;k&#235;.pdf" TargetMode="External"/><Relationship Id="rId72" Type="http://schemas.openxmlformats.org/officeDocument/2006/relationships/hyperlink" Target="Memorandumet/Nj&#235;sia%20nr.59%20-%20Parcela%20464-0%20-%20ZK%20Turjak&#235;%20Malishev&#235;.pdf" TargetMode="External"/><Relationship Id="rId93" Type="http://schemas.openxmlformats.org/officeDocument/2006/relationships/hyperlink" Target="Memorandumet/Nj&#235;sia%20nr.80%20-%20Tefik%20&#199;anga%20Toka%20n&#235;%20Busi%20(Lot%2006).pdf" TargetMode="External"/><Relationship Id="rId98" Type="http://schemas.openxmlformats.org/officeDocument/2006/relationships/hyperlink" Target="Memorandumet/Nj&#235;sia%20nr.85%20-%20Agromorava%20Toka%20n&#235;%20Sllatin&#235;%20t&#235;%20Poshtme%20(Lot%20D).pdf" TargetMode="External"/><Relationship Id="rId121" Type="http://schemas.openxmlformats.org/officeDocument/2006/relationships/hyperlink" Target="Memorandumet/Nj&#235;sia%20nr.108%20-%20K.B%20Zhegra%20Toka%20n&#235;%20Zheg&#235;r%20(LOT%2001).pdf" TargetMode="External"/><Relationship Id="rId142" Type="http://schemas.openxmlformats.org/officeDocument/2006/relationships/hyperlink" Target="Memorandumet/Nj&#235;sia%20nr.129%20-%20Produkt%20Parcelat%20984-0%20dhe%20985-0%20n&#235;%20Mak&#235;rmal.pdf" TargetMode="External"/><Relationship Id="rId3" Type="http://schemas.openxmlformats.org/officeDocument/2006/relationships/styles" Target="styles.xml"/><Relationship Id="rId25" Type="http://schemas.openxmlformats.org/officeDocument/2006/relationships/hyperlink" Target="Memorandumet/Nj&#235;sia%20nr.12%20-%20Ratar%20Tok&#235;%20Bujq&#235;sore%20Llapllasell&#235;%20-1787-2.pdf" TargetMode="External"/><Relationship Id="rId46" Type="http://schemas.openxmlformats.org/officeDocument/2006/relationships/hyperlink" Target="Memorandumet/Nj&#235;sia%20nr.33%20-%20Ratar%20Tok&#235;%20Bujq&#235;sore%20&#199;agllavic&#235;%201598-0.pdf" TargetMode="External"/><Relationship Id="rId67" Type="http://schemas.openxmlformats.org/officeDocument/2006/relationships/hyperlink" Target="Memorandumet/Nj&#235;sia%20nr.54%20-%20NSh%20NBI%20Rahoveci%20-%20Parcela%20424-0%20-%20ZK%20Ratkoc%20Rahovec.pdf" TargetMode="External"/><Relationship Id="rId116" Type="http://schemas.openxmlformats.org/officeDocument/2006/relationships/hyperlink" Target="Memorandumet/Nj&#235;sia%20nr.103%20-%20KB%20Ramadan%20Agushi%20Toka%20n&#235;%20Pustenik%20(Lot%20F).pdf" TargetMode="External"/><Relationship Id="rId137" Type="http://schemas.openxmlformats.org/officeDocument/2006/relationships/hyperlink" Target="Memorandumet/Nj&#235;sia%20nr.124%20-%20KB%20Prelluzh&#235;%20Parcela%2000118-0.pdf" TargetMode="External"/><Relationship Id="rId158" Type="http://schemas.openxmlformats.org/officeDocument/2006/relationships/hyperlink" Target="Memorandumet/Nj&#235;sia%20nr.145%20-%20Parcela%20679-0%20n&#235;%20ZK%20Orob&#235;rd.pdf" TargetMode="External"/><Relationship Id="rId20" Type="http://schemas.openxmlformats.org/officeDocument/2006/relationships/hyperlink" Target="Memorandumet/Nj&#235;sia%20nr.07%20-%20Ratar%20Tok&#235;%20Bujq&#235;sore%20&#1194;agllavic&#235;%20XI.pdf" TargetMode="External"/><Relationship Id="rId41" Type="http://schemas.openxmlformats.org/officeDocument/2006/relationships/hyperlink" Target="Memorandumet/Nj&#235;sia%20nr.28%20-%20Ratar%20Tok&#235;%20Bujq&#235;sore%20&#199;agllavic&#235;%20-20.pdf" TargetMode="External"/><Relationship Id="rId62" Type="http://schemas.openxmlformats.org/officeDocument/2006/relationships/hyperlink" Target="Memorandumet/Nj&#235;sia%20nr.49%20-%20NSH%20NBI%20Rahoveci%20-%20Parcela%20495-7%20-%20ZK%20X&#235;rx&#235;%20Rahovec.pdf" TargetMode="External"/><Relationship Id="rId83" Type="http://schemas.openxmlformats.org/officeDocument/2006/relationships/hyperlink" Target="Memorandumet/Nj&#235;sia%20nr.70%20-%20Tefik%20&#199;anga%20Toka%20n&#235;%20Busi%20(Lot%2009).pdf" TargetMode="External"/><Relationship Id="rId88" Type="http://schemas.openxmlformats.org/officeDocument/2006/relationships/hyperlink" Target="Memorandumet/Nj&#235;sia%20nr.75%20-%20KB%20Babushi%20i%20Serb&#235;ve%20-%20Toka%20n&#235;%20Babush%20t&#235;%20Muhaxher&#235;ve%20(Lot%2002).pdf" TargetMode="External"/><Relationship Id="rId111" Type="http://schemas.openxmlformats.org/officeDocument/2006/relationships/hyperlink" Target="Memorandumet/Nj&#235;sia%20nr.98%20-%20Agromorava%20Toka%20n&#235;%20Sadovin&#235;%20t&#235;%20&#199;erkezve%20(Lot%2002).pdf" TargetMode="External"/><Relationship Id="rId132" Type="http://schemas.openxmlformats.org/officeDocument/2006/relationships/hyperlink" Target="Memorandumet/Nj&#235;sia%20nr.119%20-%20Ofi&#231;ina%20dhe%20Garazha%20e%20Transkosov&#235;s%20n&#235;%20Zhabar%20t&#235;%20Ep&#235;rm.pdf" TargetMode="External"/><Relationship Id="rId153" Type="http://schemas.openxmlformats.org/officeDocument/2006/relationships/hyperlink" Target="Memorandumet/Nj&#235;sia%20nr.140%20-%20Ngastra%2001263-0%20n&#235;%20ZK%20Dubovc.pdf" TargetMode="External"/><Relationship Id="rId15" Type="http://schemas.openxmlformats.org/officeDocument/2006/relationships/hyperlink" Target="Memorandumet/Nj&#235;sia%20nr.02%20-%20BVI%20p&#235;r%20Mbrojtjen%20Kund&#235;r%20Bresh&#235;rit%20-%20Lokali%20ne%20Dardani.pdf" TargetMode="External"/><Relationship Id="rId36" Type="http://schemas.openxmlformats.org/officeDocument/2006/relationships/hyperlink" Target="Memorandumet/Nj&#235;sia%20nr.23%20-%20KB%20Kosova%20Tok&#235;%20Bujq&#235;sore%20Banull&#235;%20989-0.pdf" TargetMode="External"/><Relationship Id="rId57" Type="http://schemas.openxmlformats.org/officeDocument/2006/relationships/hyperlink" Target="Memorandumet/Nj&#235;sia%20nr.44%20-%20NSH%20DLB%20-%20Parcela%20646-0%20-%20ZK%20Atmaxh&#235;%20Prizren.pdf" TargetMode="External"/><Relationship Id="rId106" Type="http://schemas.openxmlformats.org/officeDocument/2006/relationships/hyperlink" Target="Memorandumet/Nj&#235;sia%20nr.93%20-%20NSH%20Pasuria%20Bujqesore%20Toka%20ne%20Talinovc%20i%20Muhaxher&#235;ve%20(LOT%20B).pdf" TargetMode="External"/><Relationship Id="rId127" Type="http://schemas.openxmlformats.org/officeDocument/2006/relationships/hyperlink" Target="Memorandumet/Nj&#235;sia%20nr.114%20-%20K.B%20Morava%20Partesh%20Toka%20n&#235;%20Partesh%20(LOT%2001).pdf" TargetMode="External"/><Relationship Id="rId10" Type="http://schemas.openxmlformats.org/officeDocument/2006/relationships/hyperlink" Target="https://www.pak-ks.org/page.aspx?id=1,73" TargetMode="External"/><Relationship Id="rId31" Type="http://schemas.openxmlformats.org/officeDocument/2006/relationships/hyperlink" Target="Memorandumet/Nj&#235;sia%20nr.18%20-%20KB%20Kosova%20Tok&#235;%20Bujq&#235;sore%20n&#235;%20Suhadoll%20833-0.pdf" TargetMode="External"/><Relationship Id="rId52" Type="http://schemas.openxmlformats.org/officeDocument/2006/relationships/hyperlink" Target="Memorandumet/Nj&#235;sia%20nr.39%20-%2025%20Maji,%20Shitorja%20n&#235;%20fshatin%20Kast&#235;rc,%20Suharek&#235;.pdf" TargetMode="External"/><Relationship Id="rId73" Type="http://schemas.openxmlformats.org/officeDocument/2006/relationships/hyperlink" Target="Memorandumet/Nj&#235;sia%20nr.60%20-%20Parcela%20896-0%20-%20ZK%20Turjak&#235;%20Malishev&#235;.pdf" TargetMode="External"/><Relationship Id="rId78" Type="http://schemas.openxmlformats.org/officeDocument/2006/relationships/hyperlink" Target="Memorandumet/Nj&#235;sia%20nr.65%20-%20Parcela%20281-0%20ZK%20Dushanov&#235;%20Prizren.pdf" TargetMode="External"/><Relationship Id="rId94" Type="http://schemas.openxmlformats.org/officeDocument/2006/relationships/hyperlink" Target="Memorandumet/Nj&#235;sia%20nr.81%20-%20KB%20Gllobo&#231;ica%20Toka%20dhe%20Objekti.pdf" TargetMode="External"/><Relationship Id="rId99" Type="http://schemas.openxmlformats.org/officeDocument/2006/relationships/hyperlink" Target="Memorandumet/Nj&#235;sia%20nr.86%20-%20Ramadan%20Agushi%20Toka%20n&#235;%20Rezhanc&#235;%20(Lot%2001).pdf" TargetMode="External"/><Relationship Id="rId101" Type="http://schemas.openxmlformats.org/officeDocument/2006/relationships/hyperlink" Target="Memorandumet/Nj&#235;sia%20nr.88%20-%20K.B%20Zhegra%20Toka%20n&#235;%20Lladov&#235;%20(LOT%20C).pdf" TargetMode="External"/><Relationship Id="rId122" Type="http://schemas.openxmlformats.org/officeDocument/2006/relationships/hyperlink" Target="Memorandumet/Nj&#235;sia%20nr.109%20-%20Agroprodukti%20toka%20n&#235;%20Pan&#231;ell&#235;%20(LOT1).pdf" TargetMode="External"/><Relationship Id="rId143" Type="http://schemas.openxmlformats.org/officeDocument/2006/relationships/hyperlink" Target="Memorandumet/Nj&#235;sia%20nr.130%20-%20Produkt%20Parcelat%201032-2%20dhe%201034-0%20n&#235;%20Mak&#235;rmal.pdf" TargetMode="External"/><Relationship Id="rId148" Type="http://schemas.openxmlformats.org/officeDocument/2006/relationships/hyperlink" Target="Memorandumet/Nj&#235;sia%20nr.135%20-%20Ngastra%2000733-0%20ne%20ZK%20Baj&#235;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ak-ks.org/desk/inc/media/00142261-31FE-4F1B-9930-C73FDA9705F5.pdf" TargetMode="External"/><Relationship Id="rId26" Type="http://schemas.openxmlformats.org/officeDocument/2006/relationships/hyperlink" Target="Memorandumet/Nj&#235;sia%20nr.13%20-%20Ratar%20Tok&#235;%20Bujq&#235;sore%20Llapllasell&#235;%20-1815-6.pdf" TargetMode="External"/><Relationship Id="rId47" Type="http://schemas.openxmlformats.org/officeDocument/2006/relationships/hyperlink" Target="Memorandumet/Nj&#235;sia%20nr.34%20-%20Ratar%20Tok&#235;%20Bujq&#235;sore%20Llapllasell&#235;%201338-1%20&amp;%201338-2.pdf" TargetMode="External"/><Relationship Id="rId68" Type="http://schemas.openxmlformats.org/officeDocument/2006/relationships/hyperlink" Target="Memorandumet/Nj&#235;sia%20nr.55%20-%20NSh%20NBI%20Rahoveci%20-%20Parcela%20558-0%20-%20ZK%20Ratkoc%20Rahovec.pdf" TargetMode="External"/><Relationship Id="rId89" Type="http://schemas.openxmlformats.org/officeDocument/2006/relationships/hyperlink" Target="Memorandumet/Nj&#235;sia%20nr.76%20-%20Agrokultura%20Toka%20n&#235;%20Stan&#231;iq%20(Lot%2001).pdf" TargetMode="External"/><Relationship Id="rId112" Type="http://schemas.openxmlformats.org/officeDocument/2006/relationships/hyperlink" Target="Memorandumet/Nj&#235;sia%20nr.99%20-%20Agromorava%20Toka%20n&#235;%20Viti%20(Lot%2002).pdf" TargetMode="External"/><Relationship Id="rId133" Type="http://schemas.openxmlformats.org/officeDocument/2006/relationships/hyperlink" Target="Memorandumet/Nj&#235;sia%20nr.120%20-%20Produkti%20Toka%20n&#235;%20Suhog&#235;rll&#235;%20Parcela%20782-0.pdf" TargetMode="External"/><Relationship Id="rId154" Type="http://schemas.openxmlformats.org/officeDocument/2006/relationships/hyperlink" Target="Memorandumet/Nj&#235;sia%20nr.141%20-%20Parcela%20nr.177-2%20dhe%20177-3%20ZK%20Baic&#235;.pdf" TargetMode="External"/><Relationship Id="rId16" Type="http://schemas.openxmlformats.org/officeDocument/2006/relationships/hyperlink" Target="Memorandumet/Nj&#235;sia%20nr.03%20-%20Magjistrala%20pron&#235;%20e%20luajtshme%20-%20kat&#235;r%20(4)%20kamion&#235;.pdf" TargetMode="External"/><Relationship Id="rId37" Type="http://schemas.openxmlformats.org/officeDocument/2006/relationships/hyperlink" Target="Memorandumet/Nj&#235;sia%20nr.24%20-%20Ratar%20Tok&#235;%20Bujq&#235;sore%20Hajvali%20653-3.pdf" TargetMode="External"/><Relationship Id="rId58" Type="http://schemas.openxmlformats.org/officeDocument/2006/relationships/hyperlink" Target="Memorandumet/Nj&#235;sia%20nr.45%20-%20NSH%20DLB%20-%20Parcela%205770-3%20-%20ZK%20Prizren.pdf" TargetMode="External"/><Relationship Id="rId79" Type="http://schemas.openxmlformats.org/officeDocument/2006/relationships/hyperlink" Target="Memorandumet/Nj&#235;sia%20nr.66%20-%20NSH%20IMK%20Toka%20n&#235;%20Shtime%20(Lot%2001).pdf" TargetMode="External"/><Relationship Id="rId102" Type="http://schemas.openxmlformats.org/officeDocument/2006/relationships/hyperlink" Target="Memorandumet/Nj&#235;sia%20nr.89%20-%20K.B%20Morava%20Partesh%20Toka%20n&#235;%20Budrik&#235;%20t&#235;%20Poshtme%20(LOT%20B).pdf" TargetMode="External"/><Relationship Id="rId123" Type="http://schemas.openxmlformats.org/officeDocument/2006/relationships/hyperlink" Target="Memorandumet/Nj&#235;sia%20nr.110%20-%20NSH%20Agromorava%20-%20Toka%20n&#235;%20Sadovin&#235;%20t&#235;%20&#199;erkez&#235;ve%20(Lot%20J).pdf" TargetMode="External"/><Relationship Id="rId144" Type="http://schemas.openxmlformats.org/officeDocument/2006/relationships/hyperlink" Target="Memorandumet/Nj&#235;sia%20nr.131%20-%20Produkt%20Parcela%20987-0%20n&#235;%20Mak&#235;rmal.pdf" TargetMode="External"/><Relationship Id="rId90" Type="http://schemas.openxmlformats.org/officeDocument/2006/relationships/hyperlink" Target="Memorandumet/Nj&#235;sia%20nr.77%20-%20NSH%20IMK%20Toka%20n&#235;%20Shtime%20(Lot%2003).pdf" TargetMode="External"/><Relationship Id="rId27" Type="http://schemas.openxmlformats.org/officeDocument/2006/relationships/hyperlink" Target="Memorandumet/Nj&#235;sia%20nr.14%20-%20Ratar%20Tok&#235;%20Bujq&#235;sore%20Llapllasell&#235;%20-1699-15.pdf" TargetMode="External"/><Relationship Id="rId48" Type="http://schemas.openxmlformats.org/officeDocument/2006/relationships/hyperlink" Target="Memorandumet/Nj&#235;sia%20nr.35%20-%20Tok&#235;%20Bujq&#235;sore%20n&#235;%20Llug&#235;.pdf" TargetMode="External"/><Relationship Id="rId69" Type="http://schemas.openxmlformats.org/officeDocument/2006/relationships/hyperlink" Target="Memorandumet/Nj&#235;sia%20nr.56%20-%20Parcela%20297%20dhe%20320%20-%20ZK%20Turjak&#235;%20Malishev&#235;.pdf" TargetMode="External"/><Relationship Id="rId113" Type="http://schemas.openxmlformats.org/officeDocument/2006/relationships/hyperlink" Target="Memorandumet/Nj&#235;sia%20nr.100%20-%20Tok&#235;%20n&#235;%20Stan&#231;iq%20(Lot%20A).pdf" TargetMode="External"/><Relationship Id="rId134" Type="http://schemas.openxmlformats.org/officeDocument/2006/relationships/hyperlink" Target="Memorandumet/Nj&#235;sia%20nr.121%20-%20Depo%20e%20vjeter%20e%20Transkosov&#235;s%20n&#235;%20Zhabar%20t&#235;%20Ep&#235;rm.pdf" TargetMode="External"/><Relationship Id="rId80" Type="http://schemas.openxmlformats.org/officeDocument/2006/relationships/hyperlink" Target="Memorandumet/Nj&#235;sia%20nr.67%20-%20Agroprodukti%20Toka%20n&#235;%20Shipashnic&#235;%20t&#235;%20Poshtme%20(Lot%2003).pdf" TargetMode="External"/><Relationship Id="rId155" Type="http://schemas.openxmlformats.org/officeDocument/2006/relationships/hyperlink" Target="Memorandumet/Nj&#235;sia%20nr.142%20-%20Parcela%20nr.%208-1%20ZK%20Budisalc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27</Pages>
  <Words>13550</Words>
  <Characters>77238</Characters>
  <Application>Microsoft Office Word</Application>
  <DocSecurity>0</DocSecurity>
  <Lines>643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Shitja e Aseteve në Likuidim - 76</dc:title>
  <dc:subject>Shpallja e shitjes së aseteve në likuidim 76, njësitë 001-010</dc:subject>
  <dc:creator>Agjencia Kosovare e Privatizimit</dc:creator>
  <cp:keywords>AKP, SHAL 76, Shitja e Aseteve në Likuidim</cp:keywords>
  <dc:description/>
  <cp:lastModifiedBy>Nermine Pakashtica</cp:lastModifiedBy>
  <cp:revision>30</cp:revision>
  <cp:lastPrinted>2026-10-12T07:33:00Z</cp:lastPrinted>
  <dcterms:created xsi:type="dcterms:W3CDTF">2026-10-12T11:31:00Z</dcterms:created>
  <dcterms:modified xsi:type="dcterms:W3CDTF">2026-10-14T13:51:00Z</dcterms:modified>
  <cp:category/>
</cp:coreProperties>
</file>